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05FF1" w14:textId="77777777" w:rsidR="001B191B" w:rsidRDefault="00D54794">
      <w:pPr>
        <w:pStyle w:val="Title"/>
      </w:pPr>
      <w:r>
        <w:t>Agenda</w:t>
      </w:r>
    </w:p>
    <w:p w14:paraId="6BAD62C9" w14:textId="77777777" w:rsidR="001B191B" w:rsidRDefault="00D54794">
      <w:pPr>
        <w:pStyle w:val="Heading1"/>
      </w:pPr>
      <w:r>
        <w:t>Board Meeting</w:t>
      </w:r>
    </w:p>
    <w:p w14:paraId="75B3A8BC" w14:textId="77777777" w:rsidR="001B191B" w:rsidRDefault="00D54794">
      <w:r>
        <w:t>Date: time: 28/09/26</w:t>
      </w:r>
    </w:p>
    <w:p w14:paraId="085D2DE9" w14:textId="77777777" w:rsidR="001B191B" w:rsidRDefault="00D54794">
      <w:r>
        <w:t>Time: 17:30 - 20:00</w:t>
      </w:r>
    </w:p>
    <w:p w14:paraId="79B6EFA0" w14:textId="77777777" w:rsidR="001B191B" w:rsidRDefault="00D54794">
      <w:r>
        <w:t>Location: location: 202</w:t>
      </w:r>
    </w:p>
    <w:p w14:paraId="7A13BEDD" w14:textId="77777777" w:rsidR="001B191B" w:rsidRDefault="001B191B"/>
    <w:p w14:paraId="628E1A4C" w14:textId="77777777" w:rsidR="001B191B" w:rsidRDefault="00D54794">
      <w:pPr>
        <w:pStyle w:val="Heading2"/>
      </w:pPr>
      <w:r>
        <w:t>Participants</w:t>
      </w:r>
    </w:p>
    <w:p w14:paraId="0093B2C0" w14:textId="77777777" w:rsidR="001B191B" w:rsidRDefault="00D54794">
      <w:pPr>
        <w:pStyle w:val="ListBullet"/>
      </w:pPr>
      <w:r>
        <w:t>Charlie</w:t>
      </w:r>
    </w:p>
    <w:p w14:paraId="3D3D1AC2" w14:textId="77777777" w:rsidR="001B191B" w:rsidRDefault="00D54794">
      <w:pPr>
        <w:pStyle w:val="ListBullet"/>
      </w:pPr>
      <w:r>
        <w:t>Jens</w:t>
      </w:r>
    </w:p>
    <w:p w14:paraId="4B08553B" w14:textId="77777777" w:rsidR="001B191B" w:rsidRDefault="00D54794">
      <w:pPr>
        <w:pStyle w:val="ListBullet"/>
      </w:pPr>
      <w:r>
        <w:t>Sergi</w:t>
      </w:r>
    </w:p>
    <w:p w14:paraId="19BAA11C" w14:textId="77777777" w:rsidR="001B191B" w:rsidRDefault="00D54794">
      <w:pPr>
        <w:pStyle w:val="ListBullet"/>
      </w:pPr>
      <w:r>
        <w:t>Markus</w:t>
      </w:r>
    </w:p>
    <w:p w14:paraId="27C37F7F" w14:textId="77777777" w:rsidR="001B191B" w:rsidRDefault="00D54794">
      <w:pPr>
        <w:pStyle w:val="ListBullet"/>
      </w:pPr>
      <w:r>
        <w:t>Daniel</w:t>
      </w:r>
    </w:p>
    <w:p w14:paraId="11FEFA30" w14:textId="77777777" w:rsidR="001B191B" w:rsidRDefault="00D54794">
      <w:pPr>
        <w:pStyle w:val="ListBullet"/>
      </w:pPr>
      <w:r>
        <w:t>Augustin</w:t>
      </w:r>
    </w:p>
    <w:p w14:paraId="4EA676E8" w14:textId="77777777" w:rsidR="001B191B" w:rsidRDefault="00D54794">
      <w:pPr>
        <w:pStyle w:val="ListBullet"/>
      </w:pPr>
      <w:r>
        <w:t>Louise</w:t>
      </w:r>
    </w:p>
    <w:p w14:paraId="632C875C" w14:textId="08D13B2A" w:rsidR="001B191B" w:rsidRDefault="002F1E95">
      <w:pPr>
        <w:pStyle w:val="ListBullet"/>
      </w:pPr>
      <w:r>
        <w:t>(Grete – Guest)</w:t>
      </w:r>
    </w:p>
    <w:p w14:paraId="35B316B3" w14:textId="15E87471" w:rsidR="002F1E95" w:rsidRDefault="00D54794" w:rsidP="002F1E95">
      <w:pPr>
        <w:pStyle w:val="Heading2"/>
      </w:pPr>
      <w:r>
        <w:t>Cancellation</w:t>
      </w:r>
    </w:p>
    <w:p w14:paraId="2EFCFBD0" w14:textId="77777777" w:rsidR="002F1E95" w:rsidRDefault="002F1E95" w:rsidP="002F1E95">
      <w:pPr>
        <w:pStyle w:val="ListBullet"/>
      </w:pPr>
      <w:r>
        <w:t>Jingkang</w:t>
      </w:r>
    </w:p>
    <w:p w14:paraId="2119DE44" w14:textId="77777777" w:rsidR="002F1E95" w:rsidRDefault="002F1E95" w:rsidP="002F1E95">
      <w:pPr>
        <w:pStyle w:val="ListBullet"/>
      </w:pPr>
      <w:r>
        <w:t>Matilda</w:t>
      </w:r>
    </w:p>
    <w:p w14:paraId="37742216" w14:textId="77777777" w:rsidR="002F1E95" w:rsidRDefault="002F1E95" w:rsidP="002F1E95">
      <w:pPr>
        <w:pStyle w:val="ListBullet"/>
      </w:pPr>
    </w:p>
    <w:p w14:paraId="24A6D318" w14:textId="77777777" w:rsidR="002F1E95" w:rsidRDefault="002F1E95" w:rsidP="002F1E95">
      <w:pPr>
        <w:pStyle w:val="ListBullet"/>
        <w:numPr>
          <w:ilvl w:val="0"/>
          <w:numId w:val="0"/>
        </w:numPr>
        <w:ind w:left="360"/>
      </w:pPr>
    </w:p>
    <w:p w14:paraId="5EC7EFD0" w14:textId="3B76E6C8" w:rsidR="001B191B" w:rsidRDefault="00D54794" w:rsidP="002F1E95">
      <w:pPr>
        <w:pStyle w:val="ListBullet"/>
      </w:pPr>
      <w:r w:rsidRPr="002F1E95">
        <w:br w:type="page"/>
      </w:r>
    </w:p>
    <w:p w14:paraId="625138B6" w14:textId="77777777" w:rsidR="002F1E95" w:rsidRDefault="002F1E95">
      <w:pPr>
        <w:pStyle w:val="Heading2"/>
      </w:pPr>
    </w:p>
    <w:p w14:paraId="3747DE9F" w14:textId="742C4B4A" w:rsidR="001B191B" w:rsidRDefault="00D54794">
      <w:pPr>
        <w:pStyle w:val="Heading2"/>
      </w:pPr>
      <w:r>
        <w:t>Agenda</w:t>
      </w:r>
    </w:p>
    <w:p w14:paraId="5B344E5B" w14:textId="77777777" w:rsidR="001B191B" w:rsidRDefault="00D54794">
      <w:pPr>
        <w:pStyle w:val="ListNumber"/>
      </w:pPr>
      <w:proofErr w:type="gramStart"/>
      <w:r>
        <w:t>Approve</w:t>
      </w:r>
      <w:proofErr w:type="gramEnd"/>
      <w:r>
        <w:t xml:space="preserve"> minutes from last </w:t>
      </w:r>
      <w:proofErr w:type="spellStart"/>
      <w:proofErr w:type="gramStart"/>
      <w:r>
        <w:t>boardmeeting</w:t>
      </w:r>
      <w:proofErr w:type="spellEnd"/>
      <w:proofErr w:type="gramEnd"/>
    </w:p>
    <w:p w14:paraId="00AED5AD" w14:textId="77777777" w:rsidR="001B191B" w:rsidRDefault="00D54794">
      <w:pPr>
        <w:pStyle w:val="ListNumber"/>
      </w:pPr>
      <w:r>
        <w:t xml:space="preserve">Info from </w:t>
      </w:r>
      <w:proofErr w:type="spellStart"/>
      <w:r>
        <w:t>dtu</w:t>
      </w:r>
      <w:proofErr w:type="spellEnd"/>
      <w:r>
        <w:t xml:space="preserve"> sport</w:t>
      </w:r>
    </w:p>
    <w:p w14:paraId="4E47EE71" w14:textId="77777777" w:rsidR="001B191B" w:rsidRDefault="00D54794">
      <w:pPr>
        <w:pStyle w:val="ListNumber"/>
      </w:pPr>
      <w:r>
        <w:t>Finances - where are we at</w:t>
      </w:r>
    </w:p>
    <w:p w14:paraId="38933F6B" w14:textId="77777777" w:rsidR="001B191B" w:rsidRDefault="00D54794">
      <w:pPr>
        <w:pStyle w:val="ListNumber"/>
      </w:pPr>
      <w:r>
        <w:t>Intro week and semester start</w:t>
      </w:r>
    </w:p>
    <w:p w14:paraId="03F4AD10" w14:textId="77777777" w:rsidR="001B191B" w:rsidRDefault="00D54794">
      <w:pPr>
        <w:pStyle w:val="ListNumber"/>
      </w:pPr>
      <w:r>
        <w:t>Tensionboard update</w:t>
      </w:r>
    </w:p>
    <w:p w14:paraId="5C9FF356" w14:textId="77777777" w:rsidR="001B191B" w:rsidRDefault="00D54794">
      <w:pPr>
        <w:pStyle w:val="ListNumber"/>
      </w:pPr>
      <w:r>
        <w:t>Hiring a full-</w:t>
      </w:r>
      <w:proofErr w:type="gramStart"/>
      <w:r>
        <w:t>timer</w:t>
      </w:r>
      <w:proofErr w:type="gramEnd"/>
    </w:p>
    <w:p w14:paraId="7F4710BE" w14:textId="77777777" w:rsidR="001B191B" w:rsidRDefault="00D54794">
      <w:pPr>
        <w:pStyle w:val="ListNumber"/>
      </w:pPr>
      <w:r>
        <w:t>Fall comp</w:t>
      </w:r>
    </w:p>
    <w:p w14:paraId="645A3571" w14:textId="77777777" w:rsidR="001B191B" w:rsidRDefault="00D54794">
      <w:pPr>
        <w:pStyle w:val="ListNumber"/>
      </w:pPr>
      <w:r>
        <w:t>Board comp</w:t>
      </w:r>
    </w:p>
    <w:p w14:paraId="73C129F5" w14:textId="77777777" w:rsidR="001B191B" w:rsidRDefault="00D54794">
      <w:pPr>
        <w:pStyle w:val="ListNumber"/>
      </w:pPr>
      <w:proofErr w:type="spellStart"/>
      <w:r>
        <w:t>Reorganising</w:t>
      </w:r>
      <w:proofErr w:type="spellEnd"/>
      <w:r>
        <w:t xml:space="preserve"> the gym</w:t>
      </w:r>
    </w:p>
    <w:p w14:paraId="54738A26" w14:textId="77777777" w:rsidR="001B191B" w:rsidRDefault="00D54794">
      <w:pPr>
        <w:pStyle w:val="ListNumber"/>
      </w:pPr>
      <w:r>
        <w:t>Climbing tower update</w:t>
      </w:r>
    </w:p>
    <w:p w14:paraId="6F87AE3E" w14:textId="77777777" w:rsidR="001B191B" w:rsidRDefault="00D54794">
      <w:pPr>
        <w:pStyle w:val="ListNumber"/>
      </w:pPr>
      <w:proofErr w:type="spellStart"/>
      <w:r>
        <w:t>A.o.b</w:t>
      </w:r>
      <w:proofErr w:type="spellEnd"/>
    </w:p>
    <w:p w14:paraId="43346394" w14:textId="77777777" w:rsidR="001B191B" w:rsidRDefault="00D5479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55AA0423" w14:textId="77777777">
        <w:tc>
          <w:tcPr>
            <w:tcW w:w="2880" w:type="dxa"/>
            <w:shd w:val="clear" w:color="auto" w:fill="9B9B9B"/>
          </w:tcPr>
          <w:p w14:paraId="4BDD03B3" w14:textId="77777777" w:rsidR="001B191B" w:rsidRDefault="00D54794">
            <w:r>
              <w:lastRenderedPageBreak/>
              <w:t>Point 1)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78E3C92F" w14:textId="77777777" w:rsidR="001B191B" w:rsidRDefault="00D54794">
            <w:proofErr w:type="gramStart"/>
            <w:r>
              <w:t>Approve</w:t>
            </w:r>
            <w:proofErr w:type="gramEnd"/>
            <w:r>
              <w:t xml:space="preserve"> minutes from last </w:t>
            </w:r>
            <w:proofErr w:type="spellStart"/>
            <w:r>
              <w:t>boardmeeting</w:t>
            </w:r>
            <w:proofErr w:type="spellEnd"/>
          </w:p>
        </w:tc>
      </w:tr>
      <w:tr w:rsidR="001B191B" w14:paraId="229C3017" w14:textId="77777777">
        <w:tc>
          <w:tcPr>
            <w:tcW w:w="2880" w:type="dxa"/>
          </w:tcPr>
          <w:p w14:paraId="766D9A7D" w14:textId="77777777" w:rsidR="001B191B" w:rsidRDefault="00D54794">
            <w:r>
              <w:t>Information</w:t>
            </w:r>
          </w:p>
        </w:tc>
        <w:tc>
          <w:tcPr>
            <w:tcW w:w="2880" w:type="dxa"/>
          </w:tcPr>
          <w:p w14:paraId="65CC9D34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75B7AE07" w14:textId="77777777" w:rsidR="001B191B" w:rsidRDefault="00D54794">
            <w:r>
              <w:t>Responsible: All</w:t>
            </w:r>
          </w:p>
        </w:tc>
      </w:tr>
      <w:tr w:rsidR="001B191B" w14:paraId="24D5B8CF" w14:textId="77777777">
        <w:tc>
          <w:tcPr>
            <w:tcW w:w="8640" w:type="dxa"/>
            <w:gridSpan w:val="3"/>
          </w:tcPr>
          <w:p w14:paraId="5CEDAB69" w14:textId="68EAE2BD" w:rsidR="001B191B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 xml:space="preserve">attached minutes from </w:t>
            </w:r>
            <w:proofErr w:type="spellStart"/>
            <w:r>
              <w:t>Boardmeeting</w:t>
            </w:r>
            <w:proofErr w:type="spellEnd"/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0B272D">
              <w:t xml:space="preserve"> Very short meeting</w:t>
            </w:r>
            <w:r>
              <w:br/>
              <w:t>•</w:t>
            </w:r>
            <w:r>
              <w:br/>
              <w:t>•</w:t>
            </w:r>
            <w:r>
              <w:br/>
            </w:r>
          </w:p>
        </w:tc>
      </w:tr>
    </w:tbl>
    <w:p w14:paraId="361F92A0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3E295C54" w14:textId="77777777">
        <w:tc>
          <w:tcPr>
            <w:tcW w:w="2880" w:type="dxa"/>
            <w:shd w:val="clear" w:color="auto" w:fill="9B9B9B"/>
          </w:tcPr>
          <w:p w14:paraId="7448CB27" w14:textId="77777777" w:rsidR="001B191B" w:rsidRDefault="00D54794">
            <w:r>
              <w:t>Point 2)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27A69EDD" w14:textId="77777777" w:rsidR="001B191B" w:rsidRDefault="00D54794">
            <w:r>
              <w:t xml:space="preserve">Info from </w:t>
            </w:r>
            <w:proofErr w:type="spellStart"/>
            <w:r>
              <w:t>dtu</w:t>
            </w:r>
            <w:proofErr w:type="spellEnd"/>
            <w:r>
              <w:t xml:space="preserve"> sport</w:t>
            </w:r>
          </w:p>
        </w:tc>
      </w:tr>
      <w:tr w:rsidR="001B191B" w14:paraId="39E4D5F8" w14:textId="77777777">
        <w:tc>
          <w:tcPr>
            <w:tcW w:w="2880" w:type="dxa"/>
          </w:tcPr>
          <w:p w14:paraId="53C7C666" w14:textId="77777777" w:rsidR="001B191B" w:rsidRDefault="00D54794">
            <w:r>
              <w:t>Information</w:t>
            </w:r>
          </w:p>
        </w:tc>
        <w:tc>
          <w:tcPr>
            <w:tcW w:w="2880" w:type="dxa"/>
          </w:tcPr>
          <w:p w14:paraId="321326A0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23BD8D5C" w14:textId="77777777" w:rsidR="001B191B" w:rsidRDefault="00D54794">
            <w:r>
              <w:t>Responsible: Charlie</w:t>
            </w:r>
          </w:p>
        </w:tc>
      </w:tr>
      <w:tr w:rsidR="001B191B" w14:paraId="370535AA" w14:textId="77777777">
        <w:tc>
          <w:tcPr>
            <w:tcW w:w="8640" w:type="dxa"/>
            <w:gridSpan w:val="3"/>
          </w:tcPr>
          <w:p w14:paraId="2BF90F23" w14:textId="3155C140" w:rsidR="000B272D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 xml:space="preserve">• </w:t>
            </w:r>
            <w:proofErr w:type="spellStart"/>
            <w:r>
              <w:t>ReprÃ¦sentantskabsmÃ¸de</w:t>
            </w:r>
            <w:proofErr w:type="spellEnd"/>
            <w:r>
              <w:t xml:space="preserve"> updates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0B272D">
              <w:t xml:space="preserve"> 25,000kr from DTU sport to cover for part of tension board</w:t>
            </w:r>
            <w:r>
              <w:br/>
              <w:t>•</w:t>
            </w:r>
            <w:r w:rsidR="000B272D">
              <w:t xml:space="preserve"> </w:t>
            </w:r>
            <w:proofErr w:type="spellStart"/>
            <w:r w:rsidR="000B272D">
              <w:t>ReprÃ¦sentantskabsmÃ¸de</w:t>
            </w:r>
            <w:proofErr w:type="spellEnd"/>
            <w:r w:rsidR="000B272D">
              <w:t xml:space="preserve"> was last week, nothing exciting, Charlie in the board again</w:t>
            </w:r>
            <w:r>
              <w:br/>
              <w:t>•</w:t>
            </w:r>
            <w:r w:rsidR="000B272D">
              <w:t xml:space="preserve"> Problems with card access: </w:t>
            </w:r>
          </w:p>
          <w:p w14:paraId="5E93092A" w14:textId="61412EC8" w:rsidR="000B272D" w:rsidRDefault="000B272D" w:rsidP="000B272D">
            <w:pPr>
              <w:pStyle w:val="ListParagraph"/>
              <w:numPr>
                <w:ilvl w:val="0"/>
                <w:numId w:val="10"/>
              </w:numPr>
            </w:pPr>
            <w:r>
              <w:t>Hacker attack last week</w:t>
            </w:r>
          </w:p>
          <w:p w14:paraId="4039A8BE" w14:textId="6532C228" w:rsidR="000B272D" w:rsidRDefault="000B272D" w:rsidP="000B272D">
            <w:pPr>
              <w:pStyle w:val="ListParagraph"/>
              <w:numPr>
                <w:ilvl w:val="0"/>
                <w:numId w:val="10"/>
              </w:numPr>
            </w:pPr>
            <w:r>
              <w:t>Not possible anymore to add new users (mostly a problem for non-DTU people to get new cards)</w:t>
            </w:r>
          </w:p>
          <w:p w14:paraId="7EB9D8F5" w14:textId="09F0025C" w:rsidR="000B272D" w:rsidRDefault="000B272D" w:rsidP="000B272D">
            <w:pPr>
              <w:pStyle w:val="ListParagraph"/>
              <w:numPr>
                <w:ilvl w:val="0"/>
                <w:numId w:val="10"/>
              </w:numPr>
            </w:pPr>
            <w:r>
              <w:t>Hoping to hear something soon</w:t>
            </w:r>
          </w:p>
          <w:p w14:paraId="1AF152E1" w14:textId="7856B78C" w:rsidR="001B191B" w:rsidRDefault="000B272D" w:rsidP="000B272D">
            <w:pPr>
              <w:pStyle w:val="ListParagraph"/>
              <w:numPr>
                <w:ilvl w:val="0"/>
                <w:numId w:val="10"/>
              </w:numPr>
            </w:pPr>
            <w:r>
              <w:t xml:space="preserve">Might need to refund some people depending </w:t>
            </w:r>
            <w:proofErr w:type="gramStart"/>
            <w:r>
              <w:t>to</w:t>
            </w:r>
            <w:proofErr w:type="gramEnd"/>
            <w:r>
              <w:t xml:space="preserve"> how long it takes until restored</w:t>
            </w:r>
            <w:r w:rsidR="00D54794">
              <w:br/>
            </w:r>
          </w:p>
        </w:tc>
      </w:tr>
    </w:tbl>
    <w:p w14:paraId="5DE88FE0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3622EDD1" w14:textId="77777777">
        <w:tc>
          <w:tcPr>
            <w:tcW w:w="2880" w:type="dxa"/>
            <w:shd w:val="clear" w:color="auto" w:fill="9B9B9B"/>
          </w:tcPr>
          <w:p w14:paraId="3DE46B67" w14:textId="77777777" w:rsidR="001B191B" w:rsidRDefault="00D54794">
            <w:r>
              <w:t>Point 3)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7EF91EE3" w14:textId="77777777" w:rsidR="001B191B" w:rsidRDefault="00D54794">
            <w:r>
              <w:t>Finances - where are we at</w:t>
            </w:r>
          </w:p>
        </w:tc>
      </w:tr>
      <w:tr w:rsidR="001B191B" w14:paraId="2BD05701" w14:textId="77777777">
        <w:tc>
          <w:tcPr>
            <w:tcW w:w="2880" w:type="dxa"/>
          </w:tcPr>
          <w:p w14:paraId="750A2E6F" w14:textId="77777777" w:rsidR="001B191B" w:rsidRDefault="00D54794">
            <w:r>
              <w:t>Information</w:t>
            </w:r>
          </w:p>
        </w:tc>
        <w:tc>
          <w:tcPr>
            <w:tcW w:w="2880" w:type="dxa"/>
          </w:tcPr>
          <w:p w14:paraId="22A44B6B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13EDFB5A" w14:textId="77777777" w:rsidR="001B191B" w:rsidRDefault="00D54794">
            <w:r>
              <w:t xml:space="preserve">Responsible: Charlie and </w:t>
            </w:r>
            <w:proofErr w:type="spellStart"/>
            <w:r>
              <w:t>matilda</w:t>
            </w:r>
            <w:proofErr w:type="spellEnd"/>
          </w:p>
        </w:tc>
      </w:tr>
      <w:tr w:rsidR="001B191B" w14:paraId="7C8BAC56" w14:textId="77777777">
        <w:tc>
          <w:tcPr>
            <w:tcW w:w="8640" w:type="dxa"/>
            <w:gridSpan w:val="3"/>
          </w:tcPr>
          <w:p w14:paraId="1BBE02BF" w14:textId="11023B1B" w:rsidR="000B272D" w:rsidRDefault="00D54794" w:rsidP="000B272D">
            <w:r>
              <w:rPr>
                <w:b/>
              </w:rPr>
              <w:lastRenderedPageBreak/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Quick update on Status</w:t>
            </w:r>
            <w:r>
              <w:br/>
              <w:t>• What do we want to plan for 2027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23262B">
              <w:t xml:space="preserve"> We will probably earn </w:t>
            </w:r>
            <w:r w:rsidR="000B272D">
              <w:t>160,000kr</w:t>
            </w:r>
            <w:r w:rsidR="0023262B">
              <w:t xml:space="preserve"> less than what we budgeted: </w:t>
            </w:r>
            <w:r w:rsidR="000B272D">
              <w:t>maybe because less DTU students this semester</w:t>
            </w:r>
            <w:r>
              <w:br/>
              <w:t>•</w:t>
            </w:r>
            <w:r w:rsidR="000B272D">
              <w:t xml:space="preserve"> Income missing: 25,000kr from </w:t>
            </w:r>
            <w:proofErr w:type="spellStart"/>
            <w:r w:rsidR="000B272D">
              <w:t>dtu</w:t>
            </w:r>
            <w:proofErr w:type="spellEnd"/>
            <w:r w:rsidR="000B272D">
              <w:t xml:space="preserve"> sport</w:t>
            </w:r>
          </w:p>
          <w:p w14:paraId="57B29AB6" w14:textId="77777777" w:rsidR="000B272D" w:rsidRDefault="000B272D" w:rsidP="000B272D">
            <w:r>
              <w:t>• Expenses missing: 50,000</w:t>
            </w:r>
            <w:proofErr w:type="gramStart"/>
            <w:r>
              <w:t>kr  on</w:t>
            </w:r>
            <w:proofErr w:type="gramEnd"/>
            <w:r>
              <w:t xml:space="preserve"> new jugs for easier climbs, looking into new mattresses for the tension board</w:t>
            </w:r>
          </w:p>
          <w:p w14:paraId="7382C4EB" w14:textId="77777777" w:rsidR="001B191B" w:rsidRDefault="000B272D" w:rsidP="000B272D">
            <w:r>
              <w:t>• Events: still looking for more people to do events</w:t>
            </w:r>
          </w:p>
          <w:p w14:paraId="456602A5" w14:textId="77777777" w:rsidR="0023262B" w:rsidRDefault="0023262B" w:rsidP="000B272D">
            <w:r>
              <w:t>• New gym caretaker: doing great job</w:t>
            </w:r>
          </w:p>
          <w:p w14:paraId="55268F7C" w14:textId="77777777" w:rsidR="0023262B" w:rsidRDefault="0023262B" w:rsidP="000B272D"/>
          <w:p w14:paraId="53CCB5BA" w14:textId="633503F6" w:rsidR="0023262B" w:rsidRPr="0023262B" w:rsidRDefault="0023262B" w:rsidP="0023262B">
            <w:pPr>
              <w:rPr>
                <w:u w:val="single"/>
              </w:rPr>
            </w:pPr>
            <w:r w:rsidRPr="0023262B">
              <w:rPr>
                <w:u w:val="single"/>
              </w:rPr>
              <w:t xml:space="preserve">Ideas for 2027: </w:t>
            </w:r>
          </w:p>
          <w:p w14:paraId="00C69122" w14:textId="77777777" w:rsidR="0023262B" w:rsidRDefault="0023262B" w:rsidP="0023262B"/>
          <w:p w14:paraId="435B652F" w14:textId="493888C2" w:rsidR="0023262B" w:rsidRDefault="0023262B" w:rsidP="0023262B">
            <w:r>
              <w:t>• Crag climbing workshop, intro to climbing “course”</w:t>
            </w:r>
            <w:r>
              <w:br/>
              <w:t>• Problem when these events happen during rush hours (weekdays between 16 to 19ish) Maybe try this on weekends?</w:t>
            </w:r>
          </w:p>
          <w:p w14:paraId="24458D73" w14:textId="77777777" w:rsidR="0023262B" w:rsidRDefault="0023262B" w:rsidP="0023262B">
            <w:r>
              <w:t>• Waiting to hear back from the setters to set crag climbs</w:t>
            </w:r>
          </w:p>
          <w:p w14:paraId="1B50324C" w14:textId="77777777" w:rsidR="0023262B" w:rsidRDefault="0023262B" w:rsidP="0023262B"/>
          <w:p w14:paraId="6EA645F4" w14:textId="77777777" w:rsidR="0023262B" w:rsidRDefault="0023262B" w:rsidP="0023262B">
            <w:r>
              <w:t>• Fixing mattresses or only covers, Charlie is looking into this</w:t>
            </w:r>
          </w:p>
          <w:p w14:paraId="7BD69241" w14:textId="77777777" w:rsidR="0023262B" w:rsidRDefault="0023262B" w:rsidP="0023262B">
            <w:r>
              <w:t>• Replacing some of the walls: one quote was very expensive, looking at other options</w:t>
            </w:r>
          </w:p>
          <w:p w14:paraId="434FBB80" w14:textId="77777777" w:rsidR="0023262B" w:rsidRDefault="0023262B" w:rsidP="000B272D"/>
          <w:p w14:paraId="72A69AC0" w14:textId="0FB69299" w:rsidR="00444077" w:rsidRDefault="00444077" w:rsidP="000B272D">
            <w:r>
              <w:t>• Send more holds for re-texturing</w:t>
            </w:r>
          </w:p>
        </w:tc>
      </w:tr>
    </w:tbl>
    <w:p w14:paraId="155F515C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1B191B" w14:paraId="48CCAC99" w14:textId="77777777">
        <w:tc>
          <w:tcPr>
            <w:tcW w:w="2880" w:type="dxa"/>
            <w:shd w:val="clear" w:color="auto" w:fill="9B9B9B"/>
          </w:tcPr>
          <w:p w14:paraId="04C1027A" w14:textId="77777777" w:rsidR="001B191B" w:rsidRDefault="00D54794">
            <w:r>
              <w:t>Point 4)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7B88C3CE" w14:textId="77777777" w:rsidR="001B191B" w:rsidRDefault="00D54794">
            <w:r>
              <w:t>Intro week and semester start</w:t>
            </w:r>
          </w:p>
        </w:tc>
      </w:tr>
      <w:tr w:rsidR="001B191B" w14:paraId="63154292" w14:textId="77777777">
        <w:tc>
          <w:tcPr>
            <w:tcW w:w="2880" w:type="dxa"/>
          </w:tcPr>
          <w:p w14:paraId="6F063FAC" w14:textId="77777777" w:rsidR="001B191B" w:rsidRDefault="00D54794">
            <w:r>
              <w:t>Decision</w:t>
            </w:r>
          </w:p>
        </w:tc>
        <w:tc>
          <w:tcPr>
            <w:tcW w:w="2880" w:type="dxa"/>
          </w:tcPr>
          <w:p w14:paraId="5DC59E5F" w14:textId="77777777" w:rsidR="001B191B" w:rsidRDefault="00D54794">
            <w:r>
              <w:t>Estimated Time: medium</w:t>
            </w:r>
          </w:p>
        </w:tc>
        <w:tc>
          <w:tcPr>
            <w:tcW w:w="2880" w:type="dxa"/>
          </w:tcPr>
          <w:p w14:paraId="01598A24" w14:textId="77777777" w:rsidR="001B191B" w:rsidRDefault="00D54794">
            <w:r>
              <w:t>Responsible: All</w:t>
            </w:r>
          </w:p>
        </w:tc>
      </w:tr>
      <w:tr w:rsidR="001B191B" w14:paraId="5B1AAA21" w14:textId="77777777">
        <w:tc>
          <w:tcPr>
            <w:tcW w:w="8640" w:type="dxa"/>
            <w:gridSpan w:val="3"/>
          </w:tcPr>
          <w:p w14:paraId="15191EEE" w14:textId="47F7670A" w:rsidR="0023262B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how did it go</w:t>
            </w:r>
            <w:r>
              <w:br/>
              <w:t xml:space="preserve">• Any changes we should </w:t>
            </w:r>
            <w:proofErr w:type="gramStart"/>
            <w:r>
              <w:t>make ?</w:t>
            </w:r>
            <w:proofErr w:type="gramEnd"/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 w:rsidR="0023262B">
              <w:t>• Charlie was alone for the intro week: it would be nicer if more people could join. Maybe we can think of other things to bring to attract people</w:t>
            </w:r>
          </w:p>
          <w:p w14:paraId="41A7BD6C" w14:textId="2667AB1E" w:rsidR="001B191B" w:rsidRDefault="0023262B">
            <w:r>
              <w:lastRenderedPageBreak/>
              <w:t>• Open days: very crowded usually, can we try to find another arrangement (first week of semester</w:t>
            </w:r>
            <w:r w:rsidR="00C404FD">
              <w:t xml:space="preserve"> (only afternoon?)</w:t>
            </w:r>
            <w:r>
              <w:t xml:space="preserve"> instead of every Wednesday). Have a board member greeting people? </w:t>
            </w:r>
            <w:r w:rsidR="00D54794">
              <w:br/>
            </w:r>
          </w:p>
        </w:tc>
      </w:tr>
    </w:tbl>
    <w:p w14:paraId="28FDA249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140C2819" w14:textId="77777777">
        <w:tc>
          <w:tcPr>
            <w:tcW w:w="2880" w:type="dxa"/>
            <w:shd w:val="clear" w:color="auto" w:fill="9B9B9B"/>
          </w:tcPr>
          <w:p w14:paraId="25478C62" w14:textId="77777777" w:rsidR="001B191B" w:rsidRDefault="00D54794">
            <w:r>
              <w:t>Point 5)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44E1587A" w14:textId="77777777" w:rsidR="001B191B" w:rsidRDefault="00D54794">
            <w:r>
              <w:t>Tensionboard update</w:t>
            </w:r>
          </w:p>
        </w:tc>
      </w:tr>
      <w:tr w:rsidR="001B191B" w14:paraId="5F38A3F4" w14:textId="77777777">
        <w:tc>
          <w:tcPr>
            <w:tcW w:w="2880" w:type="dxa"/>
          </w:tcPr>
          <w:p w14:paraId="316B1083" w14:textId="77777777" w:rsidR="001B191B" w:rsidRDefault="00D54794">
            <w:r>
              <w:t>Information</w:t>
            </w:r>
          </w:p>
        </w:tc>
        <w:tc>
          <w:tcPr>
            <w:tcW w:w="2880" w:type="dxa"/>
          </w:tcPr>
          <w:p w14:paraId="73654BBA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10170C1E" w14:textId="77777777" w:rsidR="001B191B" w:rsidRDefault="00D54794">
            <w:r>
              <w:t>Responsible: Charlie</w:t>
            </w:r>
          </w:p>
        </w:tc>
      </w:tr>
      <w:tr w:rsidR="001B191B" w14:paraId="033056C4" w14:textId="77777777">
        <w:tc>
          <w:tcPr>
            <w:tcW w:w="8640" w:type="dxa"/>
            <w:gridSpan w:val="3"/>
          </w:tcPr>
          <w:p w14:paraId="1A341C75" w14:textId="77777777" w:rsidR="00C404FD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Update on the tension board status</w:t>
            </w:r>
            <w:r>
              <w:br/>
              <w:t>• plans for mats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C404FD">
              <w:t xml:space="preserve"> Up and running! Very popular</w:t>
            </w:r>
            <w:r>
              <w:br/>
              <w:t>•</w:t>
            </w:r>
            <w:r w:rsidR="00C404FD">
              <w:t xml:space="preserve"> Still issues with the angle setting motor thing</w:t>
            </w:r>
            <w:r>
              <w:br/>
              <w:t>•</w:t>
            </w:r>
            <w:r w:rsidR="00C404FD">
              <w:t xml:space="preserve"> Invoice for board was sent to DTU and not DTU climbing</w:t>
            </w:r>
          </w:p>
          <w:p w14:paraId="3A32FBD5" w14:textId="77777777" w:rsidR="00C404FD" w:rsidRDefault="00C404FD">
            <w:r>
              <w:t>• Looking into replacing the mats</w:t>
            </w:r>
          </w:p>
          <w:p w14:paraId="3B806C63" w14:textId="77777777" w:rsidR="00C404FD" w:rsidRDefault="00C404FD">
            <w:r>
              <w:t>• Looking into securing the sides with mats?</w:t>
            </w:r>
          </w:p>
          <w:p w14:paraId="4DCB248A" w14:textId="77777777" w:rsidR="00C404FD" w:rsidRDefault="00C404FD">
            <w:r>
              <w:t>• Cleaning wagon needs to be close to the water, will be placed behind the tension board.</w:t>
            </w:r>
          </w:p>
          <w:p w14:paraId="1AF6A54E" w14:textId="4C32C842" w:rsidR="001B191B" w:rsidRDefault="00C404FD">
            <w:r>
              <w:t>• Some LEDs are falling off, might need to be fixed</w:t>
            </w:r>
            <w:r w:rsidR="00D54794">
              <w:br/>
            </w:r>
          </w:p>
        </w:tc>
      </w:tr>
    </w:tbl>
    <w:p w14:paraId="707D3DDF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5EB19466" w14:textId="77777777">
        <w:tc>
          <w:tcPr>
            <w:tcW w:w="2880" w:type="dxa"/>
            <w:shd w:val="clear" w:color="auto" w:fill="9B9B9B"/>
          </w:tcPr>
          <w:p w14:paraId="0FBB7559" w14:textId="77777777" w:rsidR="001B191B" w:rsidRDefault="00D54794">
            <w:r>
              <w:t>Point 6)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25919FF1" w14:textId="77777777" w:rsidR="001B191B" w:rsidRDefault="00D54794">
            <w:r>
              <w:t>Hiring a full-timer</w:t>
            </w:r>
          </w:p>
        </w:tc>
      </w:tr>
      <w:tr w:rsidR="001B191B" w14:paraId="2F612E42" w14:textId="77777777">
        <w:tc>
          <w:tcPr>
            <w:tcW w:w="2880" w:type="dxa"/>
          </w:tcPr>
          <w:p w14:paraId="5D970191" w14:textId="77777777" w:rsidR="001B191B" w:rsidRDefault="00D54794">
            <w:r>
              <w:t>Discussion</w:t>
            </w:r>
          </w:p>
        </w:tc>
        <w:tc>
          <w:tcPr>
            <w:tcW w:w="2880" w:type="dxa"/>
          </w:tcPr>
          <w:p w14:paraId="052402D4" w14:textId="77777777" w:rsidR="001B191B" w:rsidRDefault="00D54794">
            <w:r>
              <w:t>Estimated Time: long</w:t>
            </w:r>
          </w:p>
        </w:tc>
        <w:tc>
          <w:tcPr>
            <w:tcW w:w="2880" w:type="dxa"/>
          </w:tcPr>
          <w:p w14:paraId="518D28C0" w14:textId="77777777" w:rsidR="001B191B" w:rsidRDefault="00D54794">
            <w:r>
              <w:t>Responsible: All</w:t>
            </w:r>
          </w:p>
        </w:tc>
      </w:tr>
      <w:tr w:rsidR="001B191B" w14:paraId="167AEDB4" w14:textId="77777777">
        <w:tc>
          <w:tcPr>
            <w:tcW w:w="8640" w:type="dxa"/>
            <w:gridSpan w:val="3"/>
          </w:tcPr>
          <w:p w14:paraId="60605028" w14:textId="78F31B36" w:rsidR="00C404FD" w:rsidRDefault="00D54794" w:rsidP="00C404FD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Could we and should we hire a full timer? 30-37hrs a week</w:t>
            </w:r>
            <w:r>
              <w:br/>
              <w:t>• What jobs do we have?</w:t>
            </w:r>
            <w:r>
              <w:br/>
              <w:t>• What salary can we pay?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Attached rough outline of jobs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C404FD">
              <w:t xml:space="preserve"> Two people </w:t>
            </w:r>
            <w:proofErr w:type="gramStart"/>
            <w:r w:rsidR="00C404FD">
              <w:t>at the moment</w:t>
            </w:r>
            <w:proofErr w:type="gramEnd"/>
            <w:r w:rsidR="00C404FD">
              <w:t xml:space="preserve"> part time </w:t>
            </w:r>
            <w:r>
              <w:br/>
              <w:t>•</w:t>
            </w:r>
            <w:r w:rsidR="00C404FD">
              <w:t xml:space="preserve"> Try to hire someone full time under DTU Sport. </w:t>
            </w:r>
            <w:r w:rsidR="008754AC">
              <w:t xml:space="preserve">Having someone in the gym to help us with cards, cleaning, take care of the </w:t>
            </w:r>
            <w:proofErr w:type="gramStart"/>
            <w:r w:rsidR="008754AC">
              <w:t>stuff</w:t>
            </w:r>
            <w:proofErr w:type="gramEnd"/>
            <w:r w:rsidR="008754AC">
              <w:t xml:space="preserve">. </w:t>
            </w:r>
            <w:proofErr w:type="gramStart"/>
            <w:r w:rsidR="00C404FD">
              <w:t>Realistic ?</w:t>
            </w:r>
            <w:proofErr w:type="gramEnd"/>
            <w:r w:rsidR="00C404FD">
              <w:t xml:space="preserve"> Qualified enough?</w:t>
            </w:r>
          </w:p>
          <w:p w14:paraId="4E12327F" w14:textId="10C8444D" w:rsidR="00C404FD" w:rsidRDefault="008754AC" w:rsidP="00C404FD">
            <w:r>
              <w:t>It is a bit expensive so may not be worth it (150k more per year)</w:t>
            </w:r>
          </w:p>
          <w:p w14:paraId="3E387205" w14:textId="2FDA9497" w:rsidR="001B191B" w:rsidRDefault="008754AC" w:rsidP="00C404FD">
            <w:r>
              <w:t>It is fun to strip the holds -&gt; setting an event for the members to do it</w:t>
            </w:r>
            <w:r w:rsidR="00C404FD">
              <w:t xml:space="preserve"> </w:t>
            </w:r>
            <w:r w:rsidR="00D54794">
              <w:br/>
            </w:r>
          </w:p>
        </w:tc>
      </w:tr>
    </w:tbl>
    <w:p w14:paraId="04FDDB99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1B191B" w14:paraId="6C2463BC" w14:textId="77777777">
        <w:tc>
          <w:tcPr>
            <w:tcW w:w="2880" w:type="dxa"/>
            <w:shd w:val="clear" w:color="auto" w:fill="9B9B9B"/>
          </w:tcPr>
          <w:p w14:paraId="19DE41D2" w14:textId="77777777" w:rsidR="001B191B" w:rsidRDefault="00D54794">
            <w:r>
              <w:t>Point 7)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7E8FC278" w14:textId="77777777" w:rsidR="001B191B" w:rsidRDefault="00D54794">
            <w:r>
              <w:t>Fall comp</w:t>
            </w:r>
          </w:p>
        </w:tc>
      </w:tr>
      <w:tr w:rsidR="001B191B" w14:paraId="0C71D89E" w14:textId="77777777">
        <w:tc>
          <w:tcPr>
            <w:tcW w:w="2880" w:type="dxa"/>
          </w:tcPr>
          <w:p w14:paraId="4B132419" w14:textId="77777777" w:rsidR="001B191B" w:rsidRDefault="00D54794">
            <w:r>
              <w:t>Decision</w:t>
            </w:r>
          </w:p>
        </w:tc>
        <w:tc>
          <w:tcPr>
            <w:tcW w:w="2880" w:type="dxa"/>
          </w:tcPr>
          <w:p w14:paraId="385CB637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57C71B5E" w14:textId="77777777" w:rsidR="001B191B" w:rsidRDefault="00D54794">
            <w:r>
              <w:t>Responsible: All</w:t>
            </w:r>
          </w:p>
        </w:tc>
      </w:tr>
      <w:tr w:rsidR="001B191B" w14:paraId="56F8C120" w14:textId="77777777">
        <w:tc>
          <w:tcPr>
            <w:tcW w:w="8640" w:type="dxa"/>
            <w:gridSpan w:val="3"/>
          </w:tcPr>
          <w:p w14:paraId="068FD55B" w14:textId="0F05CF72" w:rsidR="001B191B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Date for the comp</w:t>
            </w:r>
            <w:r>
              <w:br/>
              <w:t>• Prices for the comp</w:t>
            </w:r>
            <w:r>
              <w:br/>
              <w:t>• Setters for the comp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754AC">
              <w:t xml:space="preserve"> We have some prices left from the past comps + classical prices (chalk, free ticket, etc.)</w:t>
            </w:r>
            <w:r>
              <w:br/>
              <w:t>•</w:t>
            </w:r>
            <w:r w:rsidR="008754AC">
              <w:t xml:space="preserve"> Having the tensionboard accessible during the setting week for the comp</w:t>
            </w:r>
            <w:r>
              <w:br/>
              <w:t>•</w:t>
            </w:r>
            <w:r>
              <w:br/>
            </w:r>
          </w:p>
        </w:tc>
      </w:tr>
    </w:tbl>
    <w:p w14:paraId="2015C3E4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1B191B" w14:paraId="1145F3C8" w14:textId="77777777">
        <w:tc>
          <w:tcPr>
            <w:tcW w:w="2880" w:type="dxa"/>
            <w:shd w:val="clear" w:color="auto" w:fill="9B9B9B"/>
          </w:tcPr>
          <w:p w14:paraId="7E08BE71" w14:textId="77777777" w:rsidR="001B191B" w:rsidRDefault="00D54794">
            <w:r>
              <w:t>Point 8)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307EF33B" w14:textId="77777777" w:rsidR="001B191B" w:rsidRDefault="00D54794">
            <w:r>
              <w:t>Board comp</w:t>
            </w:r>
          </w:p>
        </w:tc>
      </w:tr>
      <w:tr w:rsidR="001B191B" w14:paraId="0F65AFB6" w14:textId="77777777">
        <w:tc>
          <w:tcPr>
            <w:tcW w:w="2880" w:type="dxa"/>
          </w:tcPr>
          <w:p w14:paraId="43A5EEDC" w14:textId="77777777" w:rsidR="001B191B" w:rsidRDefault="00D54794">
            <w:r>
              <w:t>Decision</w:t>
            </w:r>
          </w:p>
        </w:tc>
        <w:tc>
          <w:tcPr>
            <w:tcW w:w="2880" w:type="dxa"/>
          </w:tcPr>
          <w:p w14:paraId="4FC95865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7A50F8CC" w14:textId="77777777" w:rsidR="001B191B" w:rsidRDefault="00D54794">
            <w:r>
              <w:t>Responsible: All</w:t>
            </w:r>
          </w:p>
        </w:tc>
      </w:tr>
      <w:tr w:rsidR="001B191B" w14:paraId="20E4FDB0" w14:textId="77777777">
        <w:tc>
          <w:tcPr>
            <w:tcW w:w="8640" w:type="dxa"/>
            <w:gridSpan w:val="3"/>
          </w:tcPr>
          <w:p w14:paraId="4B12877F" w14:textId="4CE75583" w:rsidR="001B191B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 xml:space="preserve">• Something we want to </w:t>
            </w:r>
            <w:proofErr w:type="gramStart"/>
            <w:r>
              <w:t>do ?</w:t>
            </w:r>
            <w:proofErr w:type="gramEnd"/>
            <w:r>
              <w:br/>
              <w:t>• Prices?</w:t>
            </w:r>
            <w:r>
              <w:br/>
              <w:t xml:space="preserve">• hiring setters for </w:t>
            </w:r>
            <w:proofErr w:type="gramStart"/>
            <w:r>
              <w:t>it ?</w:t>
            </w:r>
            <w:proofErr w:type="gramEnd"/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8754AC">
              <w:t xml:space="preserve"> </w:t>
            </w:r>
            <w:r w:rsidR="00B21F47">
              <w:t>We could do a day comp (maybe a bit crowded) or during a whole week (w finals on one day)</w:t>
            </w:r>
            <w:r>
              <w:br/>
              <w:t>•</w:t>
            </w:r>
            <w:r w:rsidR="00B21F47">
              <w:t xml:space="preserve"> Different categories, different angles, </w:t>
            </w:r>
            <w:proofErr w:type="spellStart"/>
            <w:r w:rsidR="00B21F47">
              <w:t>campusing</w:t>
            </w:r>
            <w:proofErr w:type="spellEnd"/>
            <w:r w:rsidR="00B21F47">
              <w:t xml:space="preserve"> only?  </w:t>
            </w:r>
            <w:r>
              <w:br/>
              <w:t>•</w:t>
            </w:r>
            <w:r w:rsidR="00B21F47">
              <w:t xml:space="preserve"> </w:t>
            </w:r>
            <w:r>
              <w:br/>
            </w:r>
          </w:p>
        </w:tc>
      </w:tr>
    </w:tbl>
    <w:p w14:paraId="0BE507A8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68EDF828" w14:textId="77777777">
        <w:tc>
          <w:tcPr>
            <w:tcW w:w="2880" w:type="dxa"/>
            <w:shd w:val="clear" w:color="auto" w:fill="9B9B9B"/>
          </w:tcPr>
          <w:p w14:paraId="6C636CC7" w14:textId="77777777" w:rsidR="001B191B" w:rsidRDefault="00D54794">
            <w:r>
              <w:t>Point 9)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3D5109B3" w14:textId="77777777" w:rsidR="001B191B" w:rsidRDefault="00D54794">
            <w:proofErr w:type="spellStart"/>
            <w:r>
              <w:t>Reorganising</w:t>
            </w:r>
            <w:proofErr w:type="spellEnd"/>
            <w:r>
              <w:t xml:space="preserve"> the gym</w:t>
            </w:r>
          </w:p>
        </w:tc>
      </w:tr>
      <w:tr w:rsidR="001B191B" w14:paraId="2E6DC1F0" w14:textId="77777777">
        <w:tc>
          <w:tcPr>
            <w:tcW w:w="2880" w:type="dxa"/>
          </w:tcPr>
          <w:p w14:paraId="0C561876" w14:textId="77777777" w:rsidR="001B191B" w:rsidRDefault="00D54794">
            <w:r>
              <w:t>Discussion</w:t>
            </w:r>
          </w:p>
        </w:tc>
        <w:tc>
          <w:tcPr>
            <w:tcW w:w="2880" w:type="dxa"/>
          </w:tcPr>
          <w:p w14:paraId="5DF518FE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1ECCB5F9" w14:textId="77777777" w:rsidR="001B191B" w:rsidRDefault="00D54794">
            <w:r>
              <w:t>Responsible: All</w:t>
            </w:r>
          </w:p>
        </w:tc>
      </w:tr>
      <w:tr w:rsidR="001B191B" w14:paraId="32B913E7" w14:textId="77777777">
        <w:tc>
          <w:tcPr>
            <w:tcW w:w="8640" w:type="dxa"/>
            <w:gridSpan w:val="3"/>
          </w:tcPr>
          <w:p w14:paraId="08612386" w14:textId="77777777" w:rsidR="000172B1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We still need to do this</w:t>
            </w:r>
            <w:r>
              <w:br/>
            </w:r>
            <w:r>
              <w:lastRenderedPageBreak/>
              <w:t>• We also need to get rid of the old walls</w:t>
            </w:r>
            <w:r>
              <w:br/>
              <w:t>• Charlie wants to get more wagons for holds.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B21F47">
              <w:t xml:space="preserve"> Markus had made a nice plan, this has been in the works for a while</w:t>
            </w:r>
            <w:r>
              <w:br/>
              <w:t>•</w:t>
            </w:r>
            <w:r w:rsidR="00B21F47">
              <w:t xml:space="preserve"> Maybe during the setting week before the comp?</w:t>
            </w:r>
            <w:r w:rsidR="000172B1">
              <w:t xml:space="preserve"> Thursday Nov 5</w:t>
            </w:r>
            <w:r w:rsidR="000172B1" w:rsidRPr="000172B1">
              <w:rPr>
                <w:vertAlign w:val="superscript"/>
              </w:rPr>
              <w:t>th</w:t>
            </w:r>
            <w:r w:rsidR="000172B1">
              <w:t xml:space="preserve"> </w:t>
            </w:r>
            <w:proofErr w:type="gramStart"/>
            <w:r w:rsidR="000172B1">
              <w:t>17h</w:t>
            </w:r>
            <w:proofErr w:type="gramEnd"/>
            <w:r w:rsidR="000172B1">
              <w:t xml:space="preserve"> (order pizza)</w:t>
            </w:r>
          </w:p>
          <w:p w14:paraId="1E0A48A9" w14:textId="11DAEEA5" w:rsidR="00B21F47" w:rsidRDefault="000172B1">
            <w:r>
              <w:t xml:space="preserve">• Send out email to members and </w:t>
            </w:r>
            <w:r w:rsidRPr="000172B1">
              <w:t>add it to the screen</w:t>
            </w:r>
            <w:r w:rsidR="00D54794">
              <w:br/>
              <w:t>•</w:t>
            </w:r>
            <w:r w:rsidR="00B21F47">
              <w:t xml:space="preserve"> Currently we only have 40 lockers (less than 10% of members get access to one), suggestion to get rid of them and only get some for the board members?</w:t>
            </w:r>
          </w:p>
          <w:p w14:paraId="08E2671E" w14:textId="77777777" w:rsidR="00B21F47" w:rsidRDefault="00B21F47" w:rsidP="00B21F47">
            <w:r>
              <w:t xml:space="preserve">• Buy a new cupboard to replace the “board locker”: board members can put their stuff there. </w:t>
            </w:r>
          </w:p>
          <w:p w14:paraId="48FB8916" w14:textId="6CEE4E7D" w:rsidR="000172B1" w:rsidRDefault="000172B1" w:rsidP="00B21F47">
            <w:r>
              <w:t>• Get a 1/2 wagon for holds? Add to budget for next year.</w:t>
            </w:r>
          </w:p>
          <w:p w14:paraId="4F673C19" w14:textId="77777777" w:rsidR="000172B1" w:rsidRDefault="00B21F47" w:rsidP="00B21F47">
            <w:r>
              <w:t>• Add beers to the fridge to sell?</w:t>
            </w:r>
          </w:p>
          <w:p w14:paraId="43B5DBAB" w14:textId="3B82FC05" w:rsidR="001B191B" w:rsidRDefault="000172B1" w:rsidP="00B21F47">
            <w:r>
              <w:t>• During cleaning day: clean out Charlie’s secret spot behind the wall</w:t>
            </w:r>
            <w:r w:rsidR="00D54794">
              <w:br/>
            </w:r>
          </w:p>
        </w:tc>
      </w:tr>
    </w:tbl>
    <w:p w14:paraId="013D4429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6D7A78E8" w14:textId="77777777">
        <w:tc>
          <w:tcPr>
            <w:tcW w:w="2880" w:type="dxa"/>
            <w:shd w:val="clear" w:color="auto" w:fill="9B9B9B"/>
          </w:tcPr>
          <w:p w14:paraId="266C9810" w14:textId="77777777" w:rsidR="001B191B" w:rsidRDefault="00D54794">
            <w:r>
              <w:t>Point 10)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2F125603" w14:textId="77777777" w:rsidR="001B191B" w:rsidRDefault="00D54794">
            <w:r>
              <w:t>Climbing tower update</w:t>
            </w:r>
          </w:p>
        </w:tc>
      </w:tr>
      <w:tr w:rsidR="001B191B" w14:paraId="710E5DB4" w14:textId="77777777">
        <w:tc>
          <w:tcPr>
            <w:tcW w:w="2880" w:type="dxa"/>
          </w:tcPr>
          <w:p w14:paraId="0E7D4D3D" w14:textId="77777777" w:rsidR="001B191B" w:rsidRDefault="00D54794">
            <w:r>
              <w:t>Information</w:t>
            </w:r>
          </w:p>
        </w:tc>
        <w:tc>
          <w:tcPr>
            <w:tcW w:w="2880" w:type="dxa"/>
          </w:tcPr>
          <w:p w14:paraId="7808DD12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0715F96C" w14:textId="77777777" w:rsidR="001B191B" w:rsidRDefault="00D54794">
            <w:r>
              <w:t>Responsible: Charlie</w:t>
            </w:r>
          </w:p>
        </w:tc>
      </w:tr>
      <w:tr w:rsidR="001B191B" w14:paraId="25A3E02D" w14:textId="77777777">
        <w:tc>
          <w:tcPr>
            <w:tcW w:w="8640" w:type="dxa"/>
            <w:gridSpan w:val="3"/>
          </w:tcPr>
          <w:p w14:paraId="4F2DA871" w14:textId="0B276D9D" w:rsidR="001B191B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None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0172B1">
              <w:t xml:space="preserve"> We are trying to get DTU to apply for funding, still the plan but director of campus services does not want to have this responsibility. Lars D </w:t>
            </w:r>
            <w:proofErr w:type="spellStart"/>
            <w:r w:rsidR="000172B1">
              <w:t>Christoffen</w:t>
            </w:r>
            <w:proofErr w:type="spellEnd"/>
            <w:r w:rsidR="000172B1">
              <w:t xml:space="preserve"> might do it instead?</w:t>
            </w:r>
            <w:r>
              <w:br/>
              <w:t>•</w:t>
            </w:r>
            <w:r w:rsidR="000172B1">
              <w:t xml:space="preserve"> Charlie has a meeting with Lars on Monday to discuss this</w:t>
            </w:r>
            <w:r>
              <w:br/>
              <w:t>•</w:t>
            </w:r>
            <w:r w:rsidR="000172B1">
              <w:t xml:space="preserve"> </w:t>
            </w:r>
            <w:r>
              <w:br/>
            </w:r>
          </w:p>
        </w:tc>
      </w:tr>
    </w:tbl>
    <w:p w14:paraId="1ADBF21F" w14:textId="77777777" w:rsidR="001B191B" w:rsidRDefault="001B19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B191B" w14:paraId="7AC9341D" w14:textId="77777777">
        <w:tc>
          <w:tcPr>
            <w:tcW w:w="2880" w:type="dxa"/>
            <w:shd w:val="clear" w:color="auto" w:fill="9B9B9B"/>
          </w:tcPr>
          <w:p w14:paraId="02E44597" w14:textId="77777777" w:rsidR="001B191B" w:rsidRDefault="00D54794">
            <w:r>
              <w:t>Point 11)</w:t>
            </w:r>
          </w:p>
        </w:tc>
        <w:tc>
          <w:tcPr>
            <w:tcW w:w="5760" w:type="dxa"/>
            <w:gridSpan w:val="2"/>
            <w:shd w:val="clear" w:color="auto" w:fill="9B9B9B"/>
          </w:tcPr>
          <w:p w14:paraId="0A4E596C" w14:textId="77777777" w:rsidR="001B191B" w:rsidRDefault="00D54794">
            <w:proofErr w:type="spellStart"/>
            <w:r>
              <w:t>A.</w:t>
            </w:r>
            <w:proofErr w:type="gramStart"/>
            <w:r>
              <w:t>o.b</w:t>
            </w:r>
            <w:proofErr w:type="spellEnd"/>
            <w:proofErr w:type="gramEnd"/>
          </w:p>
        </w:tc>
      </w:tr>
      <w:tr w:rsidR="001B191B" w14:paraId="60A348FA" w14:textId="77777777">
        <w:tc>
          <w:tcPr>
            <w:tcW w:w="2880" w:type="dxa"/>
          </w:tcPr>
          <w:p w14:paraId="13E12FFE" w14:textId="77777777" w:rsidR="001B191B" w:rsidRDefault="00D54794">
            <w:r>
              <w:t>Discussion</w:t>
            </w:r>
          </w:p>
        </w:tc>
        <w:tc>
          <w:tcPr>
            <w:tcW w:w="2880" w:type="dxa"/>
          </w:tcPr>
          <w:p w14:paraId="40FAEA61" w14:textId="77777777" w:rsidR="001B191B" w:rsidRDefault="00D54794">
            <w:r>
              <w:t>Estimated Time: short</w:t>
            </w:r>
          </w:p>
        </w:tc>
        <w:tc>
          <w:tcPr>
            <w:tcW w:w="2880" w:type="dxa"/>
          </w:tcPr>
          <w:p w14:paraId="74FE7389" w14:textId="77777777" w:rsidR="001B191B" w:rsidRDefault="00D54794">
            <w:r>
              <w:t>Responsible: All</w:t>
            </w:r>
          </w:p>
        </w:tc>
      </w:tr>
      <w:tr w:rsidR="001B191B" w14:paraId="1A242BFF" w14:textId="77777777">
        <w:tc>
          <w:tcPr>
            <w:tcW w:w="8640" w:type="dxa"/>
            <w:gridSpan w:val="3"/>
          </w:tcPr>
          <w:p w14:paraId="0769D11D" w14:textId="3A3DFB2B" w:rsidR="001A4F76" w:rsidRDefault="00D54794">
            <w:r>
              <w:rPr>
                <w:b/>
              </w:rPr>
              <w:t>Recommendation for decision:</w:t>
            </w:r>
            <w:r>
              <w:rPr>
                <w:b/>
              </w:rPr>
              <w:br/>
            </w:r>
            <w:r>
              <w:t>Take it into consideration</w:t>
            </w:r>
            <w:r>
              <w:br/>
            </w:r>
            <w:r>
              <w:br/>
            </w:r>
            <w:r>
              <w:rPr>
                <w:b/>
              </w:rPr>
              <w:t>Statement of claim:</w:t>
            </w:r>
            <w:r>
              <w:rPr>
                <w:b/>
              </w:rPr>
              <w:br/>
            </w:r>
            <w:r>
              <w:t>• nothing so far</w:t>
            </w:r>
            <w:r>
              <w:br/>
              <w:t>•</w:t>
            </w:r>
            <w:r>
              <w:br/>
              <w:t>•</w:t>
            </w:r>
            <w:r>
              <w:br/>
            </w:r>
            <w:r>
              <w:rPr>
                <w:b/>
              </w:rPr>
              <w:lastRenderedPageBreak/>
              <w:br/>
              <w:t>Appendix:</w:t>
            </w:r>
            <w:r>
              <w:rPr>
                <w:b/>
              </w:rPr>
              <w:br/>
            </w:r>
            <w:r>
              <w:t>None</w:t>
            </w:r>
            <w:r>
              <w:br/>
            </w:r>
            <w:r>
              <w:rPr>
                <w:b/>
              </w:rPr>
              <w:br/>
              <w:t>Minutes:</w:t>
            </w:r>
            <w:r>
              <w:rPr>
                <w:b/>
              </w:rPr>
              <w:br/>
            </w:r>
            <w:r>
              <w:t>•</w:t>
            </w:r>
            <w:r w:rsidR="000B272D">
              <w:t xml:space="preserve"> Add board meetings to calendar</w:t>
            </w:r>
            <w:r>
              <w:br/>
              <w:t>•</w:t>
            </w:r>
            <w:r w:rsidR="001A4F76">
              <w:t xml:space="preserve"> Outdoor boulder: bringing over a tool to tighten holds and hope they stay there</w:t>
            </w:r>
            <w:r>
              <w:br/>
              <w:t>•</w:t>
            </w:r>
            <w:r w:rsidR="001A4F76">
              <w:t xml:space="preserve"> Climbing trips: very successful trip last weekend, it would be good to get a couple more small </w:t>
            </w:r>
            <w:proofErr w:type="spellStart"/>
            <w:r w:rsidR="001A4F76">
              <w:t>crashpads</w:t>
            </w:r>
            <w:proofErr w:type="spellEnd"/>
            <w:r w:rsidR="007579CE">
              <w:t xml:space="preserve"> (Black diamond Impacts)</w:t>
            </w:r>
            <w:r w:rsidR="001A4F76">
              <w:t xml:space="preserve">. One sprained ankle, it would be good to bring ice packs next time! Use email instead of </w:t>
            </w:r>
            <w:proofErr w:type="spellStart"/>
            <w:r w:rsidR="001A4F76">
              <w:t>sms</w:t>
            </w:r>
            <w:proofErr w:type="spellEnd"/>
            <w:r w:rsidR="001A4F76">
              <w:t xml:space="preserve"> when reminding people of the trip. Add the link to </w:t>
            </w:r>
            <w:proofErr w:type="spellStart"/>
            <w:r w:rsidR="001A4F76">
              <w:t>whatsapp</w:t>
            </w:r>
            <w:proofErr w:type="spellEnd"/>
            <w:r w:rsidR="001A4F76">
              <w:t xml:space="preserve"> group in the email.</w:t>
            </w:r>
          </w:p>
          <w:p w14:paraId="61F2D7CA" w14:textId="4CD6B19C" w:rsidR="007579CE" w:rsidRDefault="007579CE">
            <w:r>
              <w:t xml:space="preserve">• Should we try to fix the old </w:t>
            </w:r>
            <w:proofErr w:type="spellStart"/>
            <w:r>
              <w:t>crashpads</w:t>
            </w:r>
            <w:proofErr w:type="spellEnd"/>
          </w:p>
          <w:p w14:paraId="4DE6D24F" w14:textId="77777777" w:rsidR="00444077" w:rsidRDefault="001A4F76">
            <w:r>
              <w:t xml:space="preserve">• </w:t>
            </w:r>
            <w:proofErr w:type="spellStart"/>
            <w:r>
              <w:t>Whatsapp</w:t>
            </w:r>
            <w:proofErr w:type="spellEnd"/>
            <w:r>
              <w:t xml:space="preserve"> community: advertise the group more?</w:t>
            </w:r>
          </w:p>
          <w:p w14:paraId="7333828C" w14:textId="29AC93B8" w:rsidR="001B191B" w:rsidRDefault="00444077">
            <w:r>
              <w:t xml:space="preserve">• </w:t>
            </w:r>
            <w:r w:rsidR="00D54794">
              <w:br/>
            </w:r>
          </w:p>
        </w:tc>
      </w:tr>
    </w:tbl>
    <w:p w14:paraId="78B8A848" w14:textId="77777777" w:rsidR="001B191B" w:rsidRDefault="001B191B"/>
    <w:p w14:paraId="5F1CB968" w14:textId="77777777" w:rsidR="001B191B" w:rsidRDefault="00D5479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5753"/>
      </w:tblGrid>
      <w:tr w:rsidR="001B191B" w14:paraId="7A31B7CE" w14:textId="77777777">
        <w:tc>
          <w:tcPr>
            <w:tcW w:w="2880" w:type="dxa"/>
            <w:shd w:val="clear" w:color="auto" w:fill="000080"/>
          </w:tcPr>
          <w:p w14:paraId="6C01B04F" w14:textId="77777777" w:rsidR="001B191B" w:rsidRDefault="00D54794">
            <w:r>
              <w:lastRenderedPageBreak/>
              <w:t>Point 12)</w:t>
            </w:r>
          </w:p>
        </w:tc>
        <w:tc>
          <w:tcPr>
            <w:tcW w:w="5760" w:type="dxa"/>
            <w:shd w:val="clear" w:color="auto" w:fill="000080"/>
          </w:tcPr>
          <w:p w14:paraId="17D5A543" w14:textId="77777777" w:rsidR="001B191B" w:rsidRDefault="00D54794">
            <w:r>
              <w:t>Action Points</w:t>
            </w:r>
          </w:p>
        </w:tc>
      </w:tr>
      <w:tr w:rsidR="001B191B" w14:paraId="28D7BF01" w14:textId="77777777">
        <w:tc>
          <w:tcPr>
            <w:tcW w:w="8640" w:type="dxa"/>
            <w:gridSpan w:val="2"/>
          </w:tcPr>
          <w:p w14:paraId="60654A14" w14:textId="2519DD8A" w:rsidR="001B191B" w:rsidRDefault="00D54794" w:rsidP="000172B1">
            <w:r>
              <w:rPr>
                <w:b/>
              </w:rPr>
              <w:t>Previous points:</w:t>
            </w:r>
            <w:r>
              <w:rPr>
                <w:b/>
              </w:rPr>
              <w:br/>
            </w:r>
            <w:r>
              <w:t>• All is done</w:t>
            </w:r>
            <w:r>
              <w:br/>
            </w:r>
            <w:r>
              <w:br/>
              <w:t>Action Points from current meeting</w:t>
            </w:r>
            <w:r>
              <w:br/>
              <w:t>•</w:t>
            </w:r>
            <w:r w:rsidR="000172B1">
              <w:t xml:space="preserve"> Thursday Nov 5</w:t>
            </w:r>
            <w:r w:rsidR="000172B1" w:rsidRPr="000172B1">
              <w:rPr>
                <w:vertAlign w:val="superscript"/>
              </w:rPr>
              <w:t>th</w:t>
            </w:r>
            <w:r w:rsidR="000172B1">
              <w:t xml:space="preserve"> </w:t>
            </w:r>
            <w:proofErr w:type="gramStart"/>
            <w:r w:rsidR="000172B1">
              <w:t>17h</w:t>
            </w:r>
            <w:proofErr w:type="gramEnd"/>
            <w:r w:rsidR="000172B1">
              <w:t xml:space="preserve"> (order pizza): gym rearrangement. Send out email to members and add it to the screen</w:t>
            </w:r>
            <w:r>
              <w:br/>
              <w:t>•</w:t>
            </w:r>
            <w:r w:rsidR="001A4F76">
              <w:t xml:space="preserve"> Add board meetings to calendar</w:t>
            </w:r>
            <w:r>
              <w:br/>
              <w:t>•</w:t>
            </w:r>
            <w:r>
              <w:br/>
            </w:r>
          </w:p>
        </w:tc>
      </w:tr>
    </w:tbl>
    <w:p w14:paraId="77C745C1" w14:textId="77777777" w:rsidR="00D54794" w:rsidRDefault="00D54794"/>
    <w:sectPr w:rsidR="00D5479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776A6"/>
    <w:multiLevelType w:val="hybridMultilevel"/>
    <w:tmpl w:val="19703D2A"/>
    <w:lvl w:ilvl="0" w:tplc="A22273E4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117CA"/>
    <w:multiLevelType w:val="hybridMultilevel"/>
    <w:tmpl w:val="8F8C8E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46E47"/>
    <w:multiLevelType w:val="hybridMultilevel"/>
    <w:tmpl w:val="705C1128"/>
    <w:lvl w:ilvl="0" w:tplc="A22273E4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28431">
    <w:abstractNumId w:val="8"/>
  </w:num>
  <w:num w:numId="2" w16cid:durableId="772749637">
    <w:abstractNumId w:val="6"/>
  </w:num>
  <w:num w:numId="3" w16cid:durableId="781534417">
    <w:abstractNumId w:val="5"/>
  </w:num>
  <w:num w:numId="4" w16cid:durableId="881789139">
    <w:abstractNumId w:val="4"/>
  </w:num>
  <w:num w:numId="5" w16cid:durableId="72822352">
    <w:abstractNumId w:val="7"/>
  </w:num>
  <w:num w:numId="6" w16cid:durableId="2061593114">
    <w:abstractNumId w:val="3"/>
  </w:num>
  <w:num w:numId="7" w16cid:durableId="1580946028">
    <w:abstractNumId w:val="2"/>
  </w:num>
  <w:num w:numId="8" w16cid:durableId="923494968">
    <w:abstractNumId w:val="1"/>
  </w:num>
  <w:num w:numId="9" w16cid:durableId="1958096849">
    <w:abstractNumId w:val="0"/>
  </w:num>
  <w:num w:numId="10" w16cid:durableId="786236377">
    <w:abstractNumId w:val="11"/>
  </w:num>
  <w:num w:numId="11" w16cid:durableId="1767967220">
    <w:abstractNumId w:val="9"/>
  </w:num>
  <w:num w:numId="12" w16cid:durableId="3130672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2B1"/>
    <w:rsid w:val="00034616"/>
    <w:rsid w:val="0006063C"/>
    <w:rsid w:val="000B272D"/>
    <w:rsid w:val="0015074B"/>
    <w:rsid w:val="001A4F76"/>
    <w:rsid w:val="001B191B"/>
    <w:rsid w:val="0023262B"/>
    <w:rsid w:val="0029639D"/>
    <w:rsid w:val="002F1E95"/>
    <w:rsid w:val="00326F90"/>
    <w:rsid w:val="00444077"/>
    <w:rsid w:val="007579CE"/>
    <w:rsid w:val="008754AC"/>
    <w:rsid w:val="00AA1D8D"/>
    <w:rsid w:val="00AC356B"/>
    <w:rsid w:val="00AD229D"/>
    <w:rsid w:val="00B21F47"/>
    <w:rsid w:val="00B47730"/>
    <w:rsid w:val="00C404FD"/>
    <w:rsid w:val="00CB0664"/>
    <w:rsid w:val="00D54794"/>
    <w:rsid w:val="00F114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FD2FD"/>
  <w14:defaultImageDpi w14:val="300"/>
  <w15:docId w15:val="{2C141BC7-A382-4682-8252-99CD3A38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2B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1035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Charlie Johansen</cp:lastModifiedBy>
  <cp:revision>2</cp:revision>
  <dcterms:created xsi:type="dcterms:W3CDTF">2026-09-29T06:53:00Z</dcterms:created>
  <dcterms:modified xsi:type="dcterms:W3CDTF">2026-09-29T06:53:00Z</dcterms:modified>
  <cp:category/>
</cp:coreProperties>
</file>