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6F770" w14:textId="77777777" w:rsidR="006E3BB5" w:rsidRDefault="00141FAD">
      <w:pPr>
        <w:pStyle w:val="Title"/>
      </w:pPr>
      <w:r>
        <w:t>Agenda</w:t>
      </w:r>
    </w:p>
    <w:p w14:paraId="73EF84B6" w14:textId="77777777" w:rsidR="006E3BB5" w:rsidRDefault="00141FAD">
      <w:pPr>
        <w:pStyle w:val="Heading1"/>
      </w:pPr>
      <w:r>
        <w:t>Board Meeting</w:t>
      </w:r>
    </w:p>
    <w:p w14:paraId="46C33214" w14:textId="77777777" w:rsidR="006E3BB5" w:rsidRDefault="00141FAD">
      <w:r>
        <w:t>Date: time: 20/08/26</w:t>
      </w:r>
    </w:p>
    <w:p w14:paraId="4964FBC3" w14:textId="77777777" w:rsidR="006E3BB5" w:rsidRDefault="00141FAD">
      <w:r>
        <w:t>Time: 17:30 - 20:00</w:t>
      </w:r>
    </w:p>
    <w:p w14:paraId="421B4128" w14:textId="77777777" w:rsidR="006E3BB5" w:rsidRDefault="00141FAD">
      <w:r>
        <w:t>Location: location: 202</w:t>
      </w:r>
    </w:p>
    <w:p w14:paraId="2A9F62CA" w14:textId="77777777" w:rsidR="006E3BB5" w:rsidRDefault="006E3BB5"/>
    <w:p w14:paraId="3F9DAF42" w14:textId="77777777" w:rsidR="006E3BB5" w:rsidRDefault="00141FAD">
      <w:pPr>
        <w:pStyle w:val="Heading2"/>
      </w:pPr>
      <w:r>
        <w:t>Participants</w:t>
      </w:r>
    </w:p>
    <w:p w14:paraId="1F594295" w14:textId="77777777" w:rsidR="006E3BB5" w:rsidRDefault="00141FAD">
      <w:pPr>
        <w:pStyle w:val="ListBullet"/>
      </w:pPr>
      <w:r>
        <w:t>Charlie</w:t>
      </w:r>
    </w:p>
    <w:p w14:paraId="3E5C0C2C" w14:textId="77777777" w:rsidR="006E3BB5" w:rsidRDefault="00141FAD">
      <w:pPr>
        <w:pStyle w:val="ListBullet"/>
      </w:pPr>
      <w:r>
        <w:t>Jens</w:t>
      </w:r>
    </w:p>
    <w:p w14:paraId="6C4BB6BE" w14:textId="77777777" w:rsidR="006E3BB5" w:rsidRDefault="00141FAD">
      <w:pPr>
        <w:pStyle w:val="ListBullet"/>
      </w:pPr>
      <w:r>
        <w:t>Matilda</w:t>
      </w:r>
    </w:p>
    <w:p w14:paraId="2FAE9128" w14:textId="77777777" w:rsidR="006E3BB5" w:rsidRDefault="00141FAD">
      <w:pPr>
        <w:pStyle w:val="ListBullet"/>
      </w:pPr>
      <w:r>
        <w:t>Sergi</w:t>
      </w:r>
    </w:p>
    <w:p w14:paraId="5703885E" w14:textId="77777777" w:rsidR="006E3BB5" w:rsidRDefault="00141FAD">
      <w:pPr>
        <w:pStyle w:val="ListBullet"/>
      </w:pPr>
      <w:r>
        <w:t>Markus</w:t>
      </w:r>
    </w:p>
    <w:p w14:paraId="3D935A03" w14:textId="77777777" w:rsidR="006E3BB5" w:rsidRDefault="00141FAD">
      <w:pPr>
        <w:pStyle w:val="ListBullet"/>
      </w:pPr>
      <w:r>
        <w:t>Daniel</w:t>
      </w:r>
    </w:p>
    <w:p w14:paraId="58F0F317" w14:textId="77777777" w:rsidR="006E3BB5" w:rsidRDefault="00141FAD">
      <w:pPr>
        <w:pStyle w:val="ListBullet"/>
      </w:pPr>
      <w:r>
        <w:t>Augustin</w:t>
      </w:r>
    </w:p>
    <w:p w14:paraId="2EAA9691" w14:textId="77777777" w:rsidR="006E3BB5" w:rsidRDefault="00141FAD">
      <w:pPr>
        <w:pStyle w:val="ListBullet"/>
      </w:pPr>
      <w:r>
        <w:t>Jingkang</w:t>
      </w:r>
    </w:p>
    <w:p w14:paraId="615F1104" w14:textId="77777777" w:rsidR="006E3BB5" w:rsidRDefault="006E3BB5">
      <w:pPr>
        <w:pStyle w:val="ListBullet"/>
      </w:pPr>
    </w:p>
    <w:p w14:paraId="171CA637" w14:textId="77777777" w:rsidR="006E3BB5" w:rsidRDefault="00141FAD">
      <w:pPr>
        <w:pStyle w:val="Heading2"/>
      </w:pPr>
      <w:r>
        <w:t>Cancellation</w:t>
      </w:r>
    </w:p>
    <w:p w14:paraId="412144B4" w14:textId="77777777" w:rsidR="006E3BB5" w:rsidRDefault="00141FAD">
      <w:pPr>
        <w:pStyle w:val="ListBullet"/>
      </w:pPr>
      <w:r>
        <w:t>Louise</w:t>
      </w:r>
    </w:p>
    <w:p w14:paraId="34557420" w14:textId="77777777" w:rsidR="006E3BB5" w:rsidRDefault="00141FAD">
      <w:r>
        <w:br w:type="page"/>
      </w:r>
    </w:p>
    <w:p w14:paraId="4D54B515" w14:textId="77777777" w:rsidR="006E3BB5" w:rsidRDefault="00141FAD">
      <w:pPr>
        <w:pStyle w:val="Heading2"/>
      </w:pPr>
      <w:r>
        <w:lastRenderedPageBreak/>
        <w:t>Agenda</w:t>
      </w:r>
    </w:p>
    <w:p w14:paraId="45B3CF14" w14:textId="77777777" w:rsidR="006E3BB5" w:rsidRDefault="00141FAD">
      <w:pPr>
        <w:pStyle w:val="ListNumber"/>
      </w:pPr>
      <w:r>
        <w:t>Approve minutes from last boardmeeting</w:t>
      </w:r>
    </w:p>
    <w:p w14:paraId="1E1C140D" w14:textId="77777777" w:rsidR="006E3BB5" w:rsidRDefault="00141FAD">
      <w:pPr>
        <w:pStyle w:val="ListNumber"/>
      </w:pPr>
      <w:r>
        <w:t>Info from dtu sport</w:t>
      </w:r>
    </w:p>
    <w:p w14:paraId="3639EBC6" w14:textId="77777777" w:rsidR="006E3BB5" w:rsidRDefault="00141FAD">
      <w:pPr>
        <w:pStyle w:val="ListNumber"/>
      </w:pPr>
      <w:r>
        <w:t>Finances - where are we at</w:t>
      </w:r>
    </w:p>
    <w:p w14:paraId="6716D57B" w14:textId="77777777" w:rsidR="006E3BB5" w:rsidRDefault="00141FAD">
      <w:pPr>
        <w:pStyle w:val="ListNumber"/>
      </w:pPr>
      <w:r>
        <w:t>Intro week and semester start</w:t>
      </w:r>
    </w:p>
    <w:p w14:paraId="7208C59E" w14:textId="77777777" w:rsidR="006E3BB5" w:rsidRDefault="00141FAD">
      <w:pPr>
        <w:pStyle w:val="ListNumber"/>
      </w:pPr>
      <w:r>
        <w:t>Tensionboard update</w:t>
      </w:r>
    </w:p>
    <w:p w14:paraId="55923ADA" w14:textId="77777777" w:rsidR="006E3BB5" w:rsidRDefault="00141FAD">
      <w:pPr>
        <w:pStyle w:val="ListNumber"/>
      </w:pPr>
      <w:r>
        <w:t>Survey thingy</w:t>
      </w:r>
    </w:p>
    <w:p w14:paraId="65E8B228" w14:textId="77777777" w:rsidR="006E3BB5" w:rsidRDefault="00141FAD">
      <w:pPr>
        <w:pStyle w:val="ListNumber"/>
      </w:pPr>
      <w:r>
        <w:t>Fall comp</w:t>
      </w:r>
    </w:p>
    <w:p w14:paraId="2B079721" w14:textId="77777777" w:rsidR="006E3BB5" w:rsidRDefault="00141FAD">
      <w:pPr>
        <w:pStyle w:val="ListNumber"/>
      </w:pPr>
      <w:r>
        <w:t>Reorganising the gym</w:t>
      </w:r>
    </w:p>
    <w:p w14:paraId="5D3D845C" w14:textId="77777777" w:rsidR="006E3BB5" w:rsidRDefault="00141FAD">
      <w:pPr>
        <w:pStyle w:val="ListNumber"/>
      </w:pPr>
      <w:r>
        <w:t>Climbing tower update</w:t>
      </w:r>
    </w:p>
    <w:p w14:paraId="1C0BA02E" w14:textId="77777777" w:rsidR="006E3BB5" w:rsidRDefault="00141FAD">
      <w:pPr>
        <w:pStyle w:val="ListNumber"/>
      </w:pPr>
      <w:r>
        <w:t>A.o.b</w:t>
      </w:r>
    </w:p>
    <w:p w14:paraId="050CC7A0" w14:textId="77777777" w:rsidR="006E3BB5" w:rsidRDefault="00141FAD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E3BB5" w14:paraId="164ADE4F" w14:textId="77777777">
        <w:tc>
          <w:tcPr>
            <w:tcW w:w="2880" w:type="dxa"/>
            <w:shd w:val="clear" w:color="auto" w:fill="9B9B9B"/>
          </w:tcPr>
          <w:p w14:paraId="56530078" w14:textId="77777777" w:rsidR="006E3BB5" w:rsidRDefault="00141FAD">
            <w:r>
              <w:lastRenderedPageBreak/>
              <w:t>Point 1)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4945D00A" w14:textId="77777777" w:rsidR="006E3BB5" w:rsidRDefault="00141FAD">
            <w:r>
              <w:t>Approve minutes from last boardmeeting</w:t>
            </w:r>
          </w:p>
        </w:tc>
      </w:tr>
      <w:tr w:rsidR="006E3BB5" w14:paraId="5F6F3F80" w14:textId="77777777">
        <w:tc>
          <w:tcPr>
            <w:tcW w:w="2880" w:type="dxa"/>
          </w:tcPr>
          <w:p w14:paraId="513F4BE6" w14:textId="77777777" w:rsidR="006E3BB5" w:rsidRDefault="00141FAD">
            <w:r>
              <w:t>Information</w:t>
            </w:r>
          </w:p>
        </w:tc>
        <w:tc>
          <w:tcPr>
            <w:tcW w:w="2880" w:type="dxa"/>
          </w:tcPr>
          <w:p w14:paraId="044F902C" w14:textId="77777777" w:rsidR="006E3BB5" w:rsidRDefault="00141FAD">
            <w:r>
              <w:t>Estimated Time: short</w:t>
            </w:r>
          </w:p>
        </w:tc>
        <w:tc>
          <w:tcPr>
            <w:tcW w:w="2880" w:type="dxa"/>
          </w:tcPr>
          <w:p w14:paraId="7B5AA4BF" w14:textId="77777777" w:rsidR="006E3BB5" w:rsidRDefault="00141FAD">
            <w:r>
              <w:t>Responsible: All</w:t>
            </w:r>
          </w:p>
        </w:tc>
      </w:tr>
      <w:tr w:rsidR="006E3BB5" w14:paraId="4BA50DCA" w14:textId="77777777">
        <w:tc>
          <w:tcPr>
            <w:tcW w:w="8640" w:type="dxa"/>
            <w:gridSpan w:val="3"/>
          </w:tcPr>
          <w:p w14:paraId="49E4051D" w14:textId="3DA16E93" w:rsidR="006E3BB5" w:rsidRDefault="00141FA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</w:t>
            </w:r>
            <w:r>
              <w:br/>
              <w:t>•</w:t>
            </w:r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 xml:space="preserve">attached minutes from </w:t>
            </w:r>
            <w:proofErr w:type="spellStart"/>
            <w:r>
              <w:t>Boardmeeting</w:t>
            </w:r>
            <w:proofErr w:type="spellEnd"/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8E2A95">
              <w:t xml:space="preserve"> Approved</w:t>
            </w:r>
            <w:r>
              <w:br/>
              <w:t>•</w:t>
            </w:r>
            <w:r>
              <w:br/>
              <w:t>•</w:t>
            </w:r>
            <w:r>
              <w:br/>
            </w:r>
          </w:p>
        </w:tc>
      </w:tr>
    </w:tbl>
    <w:p w14:paraId="160ED993" w14:textId="77777777" w:rsidR="006E3BB5" w:rsidRDefault="006E3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E3BB5" w14:paraId="7BBCA05C" w14:textId="77777777">
        <w:tc>
          <w:tcPr>
            <w:tcW w:w="2880" w:type="dxa"/>
            <w:shd w:val="clear" w:color="auto" w:fill="9B9B9B"/>
          </w:tcPr>
          <w:p w14:paraId="52BD920D" w14:textId="77777777" w:rsidR="006E3BB5" w:rsidRDefault="00141FAD">
            <w:r>
              <w:t>Point 2)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4D98D8A9" w14:textId="77777777" w:rsidR="006E3BB5" w:rsidRDefault="00141FAD">
            <w:r>
              <w:t>Info from dtu sport</w:t>
            </w:r>
          </w:p>
        </w:tc>
      </w:tr>
      <w:tr w:rsidR="006E3BB5" w14:paraId="30C21397" w14:textId="77777777">
        <w:tc>
          <w:tcPr>
            <w:tcW w:w="2880" w:type="dxa"/>
          </w:tcPr>
          <w:p w14:paraId="0E60E8E1" w14:textId="77777777" w:rsidR="006E3BB5" w:rsidRDefault="00141FAD">
            <w:r>
              <w:t>Information</w:t>
            </w:r>
          </w:p>
        </w:tc>
        <w:tc>
          <w:tcPr>
            <w:tcW w:w="2880" w:type="dxa"/>
          </w:tcPr>
          <w:p w14:paraId="36D2B22A" w14:textId="77777777" w:rsidR="006E3BB5" w:rsidRDefault="00141FAD">
            <w:r>
              <w:t>Estimated Time: short</w:t>
            </w:r>
          </w:p>
        </w:tc>
        <w:tc>
          <w:tcPr>
            <w:tcW w:w="2880" w:type="dxa"/>
          </w:tcPr>
          <w:p w14:paraId="4C09D876" w14:textId="77777777" w:rsidR="006E3BB5" w:rsidRDefault="00141FAD">
            <w:r>
              <w:t>Responsible: Charlie</w:t>
            </w:r>
          </w:p>
        </w:tc>
      </w:tr>
      <w:tr w:rsidR="006E3BB5" w14:paraId="7607F86E" w14:textId="77777777">
        <w:tc>
          <w:tcPr>
            <w:tcW w:w="8640" w:type="dxa"/>
            <w:gridSpan w:val="3"/>
          </w:tcPr>
          <w:p w14:paraId="207650D6" w14:textId="367304D3" w:rsidR="006E3BB5" w:rsidRDefault="00141FA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New Hire for DTU Sport (Nanna)</w:t>
            </w:r>
            <w:r>
              <w:br/>
              <w:t>•</w:t>
            </w:r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8E2A95">
              <w:t xml:space="preserve"> Charlie </w:t>
            </w:r>
            <w:proofErr w:type="gramStart"/>
            <w:r w:rsidR="008E2A95">
              <w:t>have</w:t>
            </w:r>
            <w:proofErr w:type="gramEnd"/>
            <w:r w:rsidR="008E2A95">
              <w:t xml:space="preserve"> orientated the board, dose not change anything for climbing atm</w:t>
            </w:r>
            <w:r>
              <w:br/>
              <w:t>•</w:t>
            </w:r>
            <w:r>
              <w:br/>
              <w:t>•</w:t>
            </w:r>
            <w:r>
              <w:br/>
            </w:r>
          </w:p>
        </w:tc>
      </w:tr>
    </w:tbl>
    <w:p w14:paraId="2AD29A3C" w14:textId="77777777" w:rsidR="006E3BB5" w:rsidRDefault="006E3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E3BB5" w14:paraId="51CE50FE" w14:textId="77777777">
        <w:tc>
          <w:tcPr>
            <w:tcW w:w="2880" w:type="dxa"/>
            <w:shd w:val="clear" w:color="auto" w:fill="9B9B9B"/>
          </w:tcPr>
          <w:p w14:paraId="6C73B674" w14:textId="77777777" w:rsidR="006E3BB5" w:rsidRDefault="00141FAD">
            <w:r>
              <w:t>Point 3)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2E2B64FF" w14:textId="77777777" w:rsidR="006E3BB5" w:rsidRDefault="00141FAD">
            <w:r>
              <w:t>Finances - where are we at</w:t>
            </w:r>
          </w:p>
        </w:tc>
      </w:tr>
      <w:tr w:rsidR="006E3BB5" w14:paraId="7529903A" w14:textId="77777777">
        <w:tc>
          <w:tcPr>
            <w:tcW w:w="2880" w:type="dxa"/>
          </w:tcPr>
          <w:p w14:paraId="73060F9D" w14:textId="77777777" w:rsidR="006E3BB5" w:rsidRDefault="00141FAD">
            <w:r>
              <w:t>Information</w:t>
            </w:r>
          </w:p>
        </w:tc>
        <w:tc>
          <w:tcPr>
            <w:tcW w:w="2880" w:type="dxa"/>
          </w:tcPr>
          <w:p w14:paraId="4A91F717" w14:textId="77777777" w:rsidR="006E3BB5" w:rsidRDefault="00141FAD">
            <w:r>
              <w:t>Estimated Time: Short</w:t>
            </w:r>
          </w:p>
        </w:tc>
        <w:tc>
          <w:tcPr>
            <w:tcW w:w="2880" w:type="dxa"/>
          </w:tcPr>
          <w:p w14:paraId="5CC10D56" w14:textId="77777777" w:rsidR="006E3BB5" w:rsidRDefault="00141FAD">
            <w:r>
              <w:t>Responsible: Charlie and matilda</w:t>
            </w:r>
          </w:p>
        </w:tc>
      </w:tr>
      <w:tr w:rsidR="006E3BB5" w14:paraId="48392047" w14:textId="77777777">
        <w:tc>
          <w:tcPr>
            <w:tcW w:w="8640" w:type="dxa"/>
            <w:gridSpan w:val="3"/>
          </w:tcPr>
          <w:p w14:paraId="568F082A" w14:textId="2FAF80D7" w:rsidR="006E3BB5" w:rsidRDefault="00141FA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Quick update on Status</w:t>
            </w:r>
            <w:r>
              <w:br/>
              <w:t>•</w:t>
            </w:r>
            <w:r>
              <w:br/>
            </w:r>
            <w:r>
              <w:lastRenderedPageBreak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8E2A95">
              <w:t xml:space="preserve"> Looks good atm, and fits within the budget</w:t>
            </w:r>
            <w:r>
              <w:br/>
              <w:t>•</w:t>
            </w:r>
            <w:r>
              <w:br/>
              <w:t>•</w:t>
            </w:r>
            <w:r>
              <w:br/>
            </w:r>
          </w:p>
        </w:tc>
      </w:tr>
    </w:tbl>
    <w:p w14:paraId="529828A5" w14:textId="77777777" w:rsidR="006E3BB5" w:rsidRDefault="006E3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6E3BB5" w14:paraId="33A46D92" w14:textId="77777777">
        <w:tc>
          <w:tcPr>
            <w:tcW w:w="2880" w:type="dxa"/>
            <w:shd w:val="clear" w:color="auto" w:fill="9B9B9B"/>
          </w:tcPr>
          <w:p w14:paraId="325C2E83" w14:textId="77777777" w:rsidR="006E3BB5" w:rsidRDefault="00141FAD">
            <w:r>
              <w:t>Point 4)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15713900" w14:textId="77777777" w:rsidR="006E3BB5" w:rsidRDefault="00141FAD">
            <w:r>
              <w:t>Intro week and semester start</w:t>
            </w:r>
          </w:p>
        </w:tc>
      </w:tr>
      <w:tr w:rsidR="006E3BB5" w14:paraId="6E8FE563" w14:textId="77777777">
        <w:tc>
          <w:tcPr>
            <w:tcW w:w="2880" w:type="dxa"/>
          </w:tcPr>
          <w:p w14:paraId="460C5933" w14:textId="77777777" w:rsidR="006E3BB5" w:rsidRDefault="00141FAD">
            <w:r>
              <w:t>Decision</w:t>
            </w:r>
          </w:p>
        </w:tc>
        <w:tc>
          <w:tcPr>
            <w:tcW w:w="2880" w:type="dxa"/>
          </w:tcPr>
          <w:p w14:paraId="62C6C73A" w14:textId="77777777" w:rsidR="006E3BB5" w:rsidRDefault="00141FAD">
            <w:r>
              <w:t>Estimated Time: medium</w:t>
            </w:r>
          </w:p>
        </w:tc>
        <w:tc>
          <w:tcPr>
            <w:tcW w:w="2880" w:type="dxa"/>
          </w:tcPr>
          <w:p w14:paraId="7ED5E3C4" w14:textId="77777777" w:rsidR="006E3BB5" w:rsidRDefault="00141FAD">
            <w:r>
              <w:t>Responsible: All</w:t>
            </w:r>
          </w:p>
        </w:tc>
      </w:tr>
      <w:tr w:rsidR="006E3BB5" w14:paraId="7CAC469B" w14:textId="77777777">
        <w:tc>
          <w:tcPr>
            <w:tcW w:w="8640" w:type="dxa"/>
            <w:gridSpan w:val="3"/>
          </w:tcPr>
          <w:p w14:paraId="21600BAA" w14:textId="692925C3" w:rsidR="006E3BB5" w:rsidRDefault="00141FA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There is intro week next week, who have time to talk with students</w:t>
            </w:r>
            <w:r>
              <w:br/>
              <w:t>• Open door days, any changes we should make?</w:t>
            </w:r>
            <w:r>
              <w:br/>
              <w:t>• Open door days, who got time to open the doors?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111AAF">
              <w:t xml:space="preserve"> Some people will show up for the days in September, </w:t>
            </w:r>
            <w:r>
              <w:br/>
              <w:t>•</w:t>
            </w:r>
            <w:r w:rsidR="00111AAF">
              <w:t xml:space="preserve"> Charlie will be alone on the intro </w:t>
            </w:r>
            <w:proofErr w:type="gramStart"/>
            <w:r w:rsidR="00111AAF">
              <w:t>week day</w:t>
            </w:r>
            <w:proofErr w:type="gramEnd"/>
            <w:r>
              <w:br/>
              <w:t>•</w:t>
            </w:r>
            <w:r>
              <w:br/>
            </w:r>
          </w:p>
        </w:tc>
      </w:tr>
    </w:tbl>
    <w:p w14:paraId="781D9DF1" w14:textId="77777777" w:rsidR="006E3BB5" w:rsidRDefault="006E3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E3BB5" w14:paraId="6DE86538" w14:textId="77777777">
        <w:tc>
          <w:tcPr>
            <w:tcW w:w="2880" w:type="dxa"/>
            <w:shd w:val="clear" w:color="auto" w:fill="9B9B9B"/>
          </w:tcPr>
          <w:p w14:paraId="23412DA6" w14:textId="77777777" w:rsidR="006E3BB5" w:rsidRDefault="00141FAD">
            <w:r>
              <w:t>Point 5)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1680FFF7" w14:textId="77777777" w:rsidR="006E3BB5" w:rsidRDefault="00141FAD">
            <w:r>
              <w:t>Tensionboard update</w:t>
            </w:r>
          </w:p>
        </w:tc>
      </w:tr>
      <w:tr w:rsidR="006E3BB5" w14:paraId="6D135C19" w14:textId="77777777">
        <w:tc>
          <w:tcPr>
            <w:tcW w:w="2880" w:type="dxa"/>
          </w:tcPr>
          <w:p w14:paraId="078001EB" w14:textId="77777777" w:rsidR="006E3BB5" w:rsidRDefault="00141FAD">
            <w:r>
              <w:t>Information</w:t>
            </w:r>
          </w:p>
        </w:tc>
        <w:tc>
          <w:tcPr>
            <w:tcW w:w="2880" w:type="dxa"/>
          </w:tcPr>
          <w:p w14:paraId="54D64F7D" w14:textId="77777777" w:rsidR="006E3BB5" w:rsidRDefault="00141FAD">
            <w:r>
              <w:t>Estimated Time: short</w:t>
            </w:r>
          </w:p>
        </w:tc>
        <w:tc>
          <w:tcPr>
            <w:tcW w:w="2880" w:type="dxa"/>
          </w:tcPr>
          <w:p w14:paraId="3CB45450" w14:textId="77777777" w:rsidR="006E3BB5" w:rsidRDefault="00141FAD">
            <w:r>
              <w:t>Responsible: Charlie</w:t>
            </w:r>
          </w:p>
        </w:tc>
      </w:tr>
      <w:tr w:rsidR="006E3BB5" w14:paraId="7DE315A4" w14:textId="77777777">
        <w:tc>
          <w:tcPr>
            <w:tcW w:w="8640" w:type="dxa"/>
            <w:gridSpan w:val="3"/>
          </w:tcPr>
          <w:p w14:paraId="1AC11F86" w14:textId="17958ED2" w:rsidR="006E3BB5" w:rsidRDefault="00141FA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Update on the tension board status</w:t>
            </w:r>
            <w:r>
              <w:br/>
              <w:t>•</w:t>
            </w:r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D74547">
              <w:t xml:space="preserve"> Missing bolts, are on the way</w:t>
            </w:r>
            <w:r>
              <w:br/>
              <w:t>•</w:t>
            </w:r>
            <w:r>
              <w:br/>
              <w:t>•</w:t>
            </w:r>
            <w:r>
              <w:br/>
            </w:r>
          </w:p>
        </w:tc>
      </w:tr>
    </w:tbl>
    <w:p w14:paraId="0BC23D1A" w14:textId="77777777" w:rsidR="006E3BB5" w:rsidRDefault="006E3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E3BB5" w14:paraId="75B01DCB" w14:textId="77777777">
        <w:tc>
          <w:tcPr>
            <w:tcW w:w="2880" w:type="dxa"/>
            <w:shd w:val="clear" w:color="auto" w:fill="9B9B9B"/>
          </w:tcPr>
          <w:p w14:paraId="35AEC020" w14:textId="77777777" w:rsidR="006E3BB5" w:rsidRDefault="00141FAD">
            <w:r>
              <w:t>Point 6)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0C0D4F83" w14:textId="77777777" w:rsidR="006E3BB5" w:rsidRDefault="00141FAD">
            <w:r>
              <w:t>Survey thingy</w:t>
            </w:r>
          </w:p>
        </w:tc>
      </w:tr>
      <w:tr w:rsidR="006E3BB5" w14:paraId="2D1DC020" w14:textId="77777777">
        <w:tc>
          <w:tcPr>
            <w:tcW w:w="2880" w:type="dxa"/>
          </w:tcPr>
          <w:p w14:paraId="0073E059" w14:textId="77777777" w:rsidR="006E3BB5" w:rsidRDefault="00141FAD">
            <w:r>
              <w:t>Discussion</w:t>
            </w:r>
          </w:p>
        </w:tc>
        <w:tc>
          <w:tcPr>
            <w:tcW w:w="2880" w:type="dxa"/>
          </w:tcPr>
          <w:p w14:paraId="78726383" w14:textId="77777777" w:rsidR="006E3BB5" w:rsidRDefault="00141FAD">
            <w:r>
              <w:t>Estimated Time: medium</w:t>
            </w:r>
          </w:p>
        </w:tc>
        <w:tc>
          <w:tcPr>
            <w:tcW w:w="2880" w:type="dxa"/>
          </w:tcPr>
          <w:p w14:paraId="576086BC" w14:textId="77777777" w:rsidR="006E3BB5" w:rsidRDefault="00141FAD">
            <w:r>
              <w:t>Responsible: All</w:t>
            </w:r>
          </w:p>
        </w:tc>
      </w:tr>
      <w:tr w:rsidR="006E3BB5" w14:paraId="314401DD" w14:textId="77777777">
        <w:tc>
          <w:tcPr>
            <w:tcW w:w="8640" w:type="dxa"/>
            <w:gridSpan w:val="3"/>
          </w:tcPr>
          <w:p w14:paraId="69605FB1" w14:textId="5A77AA6D" w:rsidR="006E3BB5" w:rsidRDefault="00141FA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What do people think</w:t>
            </w:r>
            <w:r>
              <w:br/>
              <w:t>• What do the board think</w:t>
            </w:r>
            <w:r>
              <w:br/>
              <w:t>• Any changes we should go for?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3B584C">
              <w:t xml:space="preserve"> 50/50 with removing the shroom</w:t>
            </w:r>
            <w:r>
              <w:br/>
              <w:t>•</w:t>
            </w:r>
            <w:r w:rsidR="003B584C">
              <w:t xml:space="preserve"> Grading is as </w:t>
            </w:r>
            <w:proofErr w:type="gramStart"/>
            <w:r w:rsidR="003B584C">
              <w:t>always</w:t>
            </w:r>
            <w:proofErr w:type="gramEnd"/>
            <w:r w:rsidR="003B584C">
              <w:t xml:space="preserve"> a bit off…</w:t>
            </w:r>
            <w:r>
              <w:br/>
              <w:t>•</w:t>
            </w:r>
            <w:r>
              <w:br/>
            </w:r>
          </w:p>
        </w:tc>
      </w:tr>
    </w:tbl>
    <w:p w14:paraId="190838BB" w14:textId="77777777" w:rsidR="006E3BB5" w:rsidRDefault="006E3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6E3BB5" w14:paraId="1D3D2887" w14:textId="77777777">
        <w:tc>
          <w:tcPr>
            <w:tcW w:w="2880" w:type="dxa"/>
            <w:shd w:val="clear" w:color="auto" w:fill="9B9B9B"/>
          </w:tcPr>
          <w:p w14:paraId="6B750F4F" w14:textId="77777777" w:rsidR="006E3BB5" w:rsidRDefault="00141FAD">
            <w:r>
              <w:t>Point 7)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04D93E71" w14:textId="77777777" w:rsidR="006E3BB5" w:rsidRDefault="00141FAD">
            <w:r>
              <w:t>Fall comp</w:t>
            </w:r>
          </w:p>
        </w:tc>
      </w:tr>
      <w:tr w:rsidR="006E3BB5" w14:paraId="16F0B5EA" w14:textId="77777777">
        <w:tc>
          <w:tcPr>
            <w:tcW w:w="2880" w:type="dxa"/>
          </w:tcPr>
          <w:p w14:paraId="4E4894B7" w14:textId="77777777" w:rsidR="006E3BB5" w:rsidRDefault="00141FAD">
            <w:r>
              <w:t>Decision</w:t>
            </w:r>
          </w:p>
        </w:tc>
        <w:tc>
          <w:tcPr>
            <w:tcW w:w="2880" w:type="dxa"/>
          </w:tcPr>
          <w:p w14:paraId="517E09DF" w14:textId="77777777" w:rsidR="006E3BB5" w:rsidRDefault="00141FAD">
            <w:r>
              <w:t>Estimated Time: short</w:t>
            </w:r>
          </w:p>
        </w:tc>
        <w:tc>
          <w:tcPr>
            <w:tcW w:w="2880" w:type="dxa"/>
          </w:tcPr>
          <w:p w14:paraId="6B4D7E3C" w14:textId="77777777" w:rsidR="006E3BB5" w:rsidRDefault="00141FAD">
            <w:r>
              <w:t>Responsible: All</w:t>
            </w:r>
          </w:p>
        </w:tc>
      </w:tr>
      <w:tr w:rsidR="006E3BB5" w14:paraId="59DF8D4C" w14:textId="77777777">
        <w:tc>
          <w:tcPr>
            <w:tcW w:w="8640" w:type="dxa"/>
            <w:gridSpan w:val="3"/>
          </w:tcPr>
          <w:p w14:paraId="2B7F9E10" w14:textId="4FE00C5A" w:rsidR="006E3BB5" w:rsidRDefault="00141FA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Date for the comp</w:t>
            </w:r>
            <w:r>
              <w:br/>
              <w:t>• Pries for the comp</w:t>
            </w:r>
            <w:r>
              <w:br/>
              <w:t>• Setters for the comp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6E0ACC">
              <w:t xml:space="preserve"> The date have been set to 31/09 with cleaning the 25/09</w:t>
            </w:r>
            <w:r>
              <w:br/>
              <w:t>•</w:t>
            </w:r>
            <w:r w:rsidR="006E0ACC">
              <w:t xml:space="preserve"> Charlie will find setters</w:t>
            </w:r>
            <w:r>
              <w:br/>
              <w:t>•</w:t>
            </w:r>
            <w:r w:rsidR="006E0ACC">
              <w:t>Sergie will find prices</w:t>
            </w:r>
            <w:r>
              <w:br/>
            </w:r>
          </w:p>
        </w:tc>
      </w:tr>
    </w:tbl>
    <w:p w14:paraId="703C935E" w14:textId="77777777" w:rsidR="006E3BB5" w:rsidRDefault="006E3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E3BB5" w14:paraId="41BF521D" w14:textId="77777777">
        <w:tc>
          <w:tcPr>
            <w:tcW w:w="2880" w:type="dxa"/>
            <w:shd w:val="clear" w:color="auto" w:fill="9B9B9B"/>
          </w:tcPr>
          <w:p w14:paraId="5EEE7987" w14:textId="77777777" w:rsidR="006E3BB5" w:rsidRDefault="00141FAD">
            <w:r>
              <w:t>Point 8)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7DB91DF6" w14:textId="77777777" w:rsidR="006E3BB5" w:rsidRDefault="00141FAD">
            <w:r>
              <w:t>Reorganising the gym</w:t>
            </w:r>
          </w:p>
        </w:tc>
      </w:tr>
      <w:tr w:rsidR="006E3BB5" w14:paraId="102EBE91" w14:textId="77777777">
        <w:tc>
          <w:tcPr>
            <w:tcW w:w="2880" w:type="dxa"/>
          </w:tcPr>
          <w:p w14:paraId="63BE042A" w14:textId="77777777" w:rsidR="006E3BB5" w:rsidRDefault="00141FAD">
            <w:r>
              <w:t>Discussion</w:t>
            </w:r>
          </w:p>
        </w:tc>
        <w:tc>
          <w:tcPr>
            <w:tcW w:w="2880" w:type="dxa"/>
          </w:tcPr>
          <w:p w14:paraId="0BB2B31A" w14:textId="77777777" w:rsidR="006E3BB5" w:rsidRDefault="00141FAD">
            <w:r>
              <w:t>Estimated Time: short</w:t>
            </w:r>
          </w:p>
        </w:tc>
        <w:tc>
          <w:tcPr>
            <w:tcW w:w="2880" w:type="dxa"/>
          </w:tcPr>
          <w:p w14:paraId="618D98E0" w14:textId="77777777" w:rsidR="006E3BB5" w:rsidRDefault="00141FAD">
            <w:r>
              <w:t>Responsible: All</w:t>
            </w:r>
          </w:p>
        </w:tc>
      </w:tr>
      <w:tr w:rsidR="006E3BB5" w14:paraId="0C604827" w14:textId="77777777">
        <w:tc>
          <w:tcPr>
            <w:tcW w:w="8640" w:type="dxa"/>
            <w:gridSpan w:val="3"/>
          </w:tcPr>
          <w:p w14:paraId="6C517772" w14:textId="2017079C" w:rsidR="006E3BB5" w:rsidRDefault="00141FA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We still need to do this</w:t>
            </w:r>
            <w:r>
              <w:br/>
              <w:t>• We also need to get rid of the old walls</w:t>
            </w:r>
            <w:r>
              <w:br/>
            </w:r>
            <w:r>
              <w:lastRenderedPageBreak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8379CE">
              <w:t xml:space="preserve"> We still needs to find a date</w:t>
            </w:r>
            <w:r>
              <w:br/>
              <w:t>•</w:t>
            </w:r>
            <w:r>
              <w:br/>
              <w:t>•</w:t>
            </w:r>
            <w:r>
              <w:br/>
            </w:r>
          </w:p>
        </w:tc>
      </w:tr>
    </w:tbl>
    <w:p w14:paraId="64BCBDD5" w14:textId="77777777" w:rsidR="006E3BB5" w:rsidRDefault="006E3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E3BB5" w14:paraId="47BF4166" w14:textId="77777777">
        <w:tc>
          <w:tcPr>
            <w:tcW w:w="2880" w:type="dxa"/>
            <w:shd w:val="clear" w:color="auto" w:fill="9B9B9B"/>
          </w:tcPr>
          <w:p w14:paraId="37CB8107" w14:textId="77777777" w:rsidR="006E3BB5" w:rsidRDefault="00141FAD">
            <w:r>
              <w:t>Point 9)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1521AB8F" w14:textId="77777777" w:rsidR="006E3BB5" w:rsidRDefault="00141FAD">
            <w:r>
              <w:t>Climbing tower update</w:t>
            </w:r>
          </w:p>
        </w:tc>
      </w:tr>
      <w:tr w:rsidR="006E3BB5" w14:paraId="78AEB27B" w14:textId="77777777">
        <w:tc>
          <w:tcPr>
            <w:tcW w:w="2880" w:type="dxa"/>
          </w:tcPr>
          <w:p w14:paraId="0F3CC597" w14:textId="77777777" w:rsidR="006E3BB5" w:rsidRDefault="00141FAD">
            <w:r>
              <w:t>Information</w:t>
            </w:r>
          </w:p>
        </w:tc>
        <w:tc>
          <w:tcPr>
            <w:tcW w:w="2880" w:type="dxa"/>
          </w:tcPr>
          <w:p w14:paraId="2974FC09" w14:textId="77777777" w:rsidR="006E3BB5" w:rsidRDefault="00141FAD">
            <w:r>
              <w:t>Estimated Time: short</w:t>
            </w:r>
          </w:p>
        </w:tc>
        <w:tc>
          <w:tcPr>
            <w:tcW w:w="2880" w:type="dxa"/>
          </w:tcPr>
          <w:p w14:paraId="07F5B85E" w14:textId="77777777" w:rsidR="006E3BB5" w:rsidRDefault="00141FAD">
            <w:r>
              <w:t>Responsible: Charlie</w:t>
            </w:r>
          </w:p>
        </w:tc>
      </w:tr>
      <w:tr w:rsidR="006E3BB5" w14:paraId="2687A4FA" w14:textId="77777777">
        <w:tc>
          <w:tcPr>
            <w:tcW w:w="8640" w:type="dxa"/>
            <w:gridSpan w:val="3"/>
          </w:tcPr>
          <w:p w14:paraId="61020BB2" w14:textId="5A1B2580" w:rsidR="006E3BB5" w:rsidRDefault="00141FA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None</w:t>
            </w:r>
            <w:r>
              <w:br/>
              <w:t>•</w:t>
            </w:r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8379CE">
              <w:t xml:space="preserve"> None</w:t>
            </w:r>
            <w:r>
              <w:br/>
              <w:t>•</w:t>
            </w:r>
            <w:r>
              <w:br/>
              <w:t>•</w:t>
            </w:r>
            <w:r>
              <w:br/>
            </w:r>
          </w:p>
        </w:tc>
      </w:tr>
    </w:tbl>
    <w:p w14:paraId="3CD0C138" w14:textId="77777777" w:rsidR="006E3BB5" w:rsidRDefault="006E3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E3BB5" w14:paraId="04308AFF" w14:textId="77777777">
        <w:tc>
          <w:tcPr>
            <w:tcW w:w="2880" w:type="dxa"/>
            <w:shd w:val="clear" w:color="auto" w:fill="9B9B9B"/>
          </w:tcPr>
          <w:p w14:paraId="2F91563D" w14:textId="77777777" w:rsidR="006E3BB5" w:rsidRDefault="00141FAD">
            <w:r>
              <w:t>Point 10)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75A63447" w14:textId="77777777" w:rsidR="006E3BB5" w:rsidRDefault="00141FAD">
            <w:r>
              <w:t>A.o.b</w:t>
            </w:r>
          </w:p>
        </w:tc>
      </w:tr>
      <w:tr w:rsidR="006E3BB5" w14:paraId="0678E5D9" w14:textId="77777777">
        <w:tc>
          <w:tcPr>
            <w:tcW w:w="2880" w:type="dxa"/>
          </w:tcPr>
          <w:p w14:paraId="55510E36" w14:textId="77777777" w:rsidR="006E3BB5" w:rsidRDefault="00141FAD">
            <w:r>
              <w:t>Discussion</w:t>
            </w:r>
          </w:p>
        </w:tc>
        <w:tc>
          <w:tcPr>
            <w:tcW w:w="2880" w:type="dxa"/>
          </w:tcPr>
          <w:p w14:paraId="219B0297" w14:textId="77777777" w:rsidR="006E3BB5" w:rsidRDefault="00141FAD">
            <w:r>
              <w:t>Estimated Time: short</w:t>
            </w:r>
          </w:p>
        </w:tc>
        <w:tc>
          <w:tcPr>
            <w:tcW w:w="2880" w:type="dxa"/>
          </w:tcPr>
          <w:p w14:paraId="52BF0D95" w14:textId="77777777" w:rsidR="006E3BB5" w:rsidRDefault="00141FAD">
            <w:r>
              <w:t>Responsible: All</w:t>
            </w:r>
          </w:p>
        </w:tc>
      </w:tr>
      <w:tr w:rsidR="006E3BB5" w14:paraId="622EC93B" w14:textId="77777777">
        <w:tc>
          <w:tcPr>
            <w:tcW w:w="8640" w:type="dxa"/>
            <w:gridSpan w:val="3"/>
          </w:tcPr>
          <w:p w14:paraId="67166BB4" w14:textId="29F37D30" w:rsidR="006E3BB5" w:rsidRDefault="00141FA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nothing so far</w:t>
            </w:r>
            <w:r>
              <w:br/>
              <w:t>•</w:t>
            </w:r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>
              <w:br/>
              <w:t>•</w:t>
            </w:r>
            <w:r w:rsidR="008379CE">
              <w:t xml:space="preserve"> Nothing </w:t>
            </w:r>
            <w:r>
              <w:br/>
              <w:t>•</w:t>
            </w:r>
            <w:r>
              <w:br/>
            </w:r>
          </w:p>
        </w:tc>
      </w:tr>
    </w:tbl>
    <w:p w14:paraId="37EACB67" w14:textId="77777777" w:rsidR="006E3BB5" w:rsidRDefault="006E3BB5"/>
    <w:p w14:paraId="458A08A2" w14:textId="77777777" w:rsidR="006E3BB5" w:rsidRDefault="00141FAD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5753"/>
      </w:tblGrid>
      <w:tr w:rsidR="006E3BB5" w14:paraId="7F3685E6" w14:textId="77777777">
        <w:tc>
          <w:tcPr>
            <w:tcW w:w="2880" w:type="dxa"/>
            <w:shd w:val="clear" w:color="auto" w:fill="000080"/>
          </w:tcPr>
          <w:p w14:paraId="5B79FD00" w14:textId="77777777" w:rsidR="006E3BB5" w:rsidRDefault="00141FAD">
            <w:r>
              <w:lastRenderedPageBreak/>
              <w:t>Point 11)</w:t>
            </w:r>
          </w:p>
        </w:tc>
        <w:tc>
          <w:tcPr>
            <w:tcW w:w="5760" w:type="dxa"/>
            <w:shd w:val="clear" w:color="auto" w:fill="000080"/>
          </w:tcPr>
          <w:p w14:paraId="71EBD425" w14:textId="77777777" w:rsidR="006E3BB5" w:rsidRDefault="00141FAD">
            <w:r>
              <w:t>Action Points</w:t>
            </w:r>
          </w:p>
        </w:tc>
      </w:tr>
      <w:tr w:rsidR="006E3BB5" w14:paraId="65144095" w14:textId="77777777">
        <w:tc>
          <w:tcPr>
            <w:tcW w:w="8640" w:type="dxa"/>
            <w:gridSpan w:val="2"/>
          </w:tcPr>
          <w:p w14:paraId="69BBCF80" w14:textId="77777777" w:rsidR="006E3BB5" w:rsidRDefault="00141FAD">
            <w:r>
              <w:rPr>
                <w:b/>
              </w:rPr>
              <w:t>Previous points:</w:t>
            </w:r>
            <w:r>
              <w:rPr>
                <w:b/>
              </w:rPr>
              <w:br/>
            </w:r>
            <w:r>
              <w:t>• All is done</w:t>
            </w:r>
            <w:r>
              <w:br/>
            </w:r>
            <w:r>
              <w:br/>
            </w:r>
            <w:r>
              <w:t>Action Points from current meeting</w:t>
            </w:r>
            <w:r>
              <w:br/>
              <w:t>•</w:t>
            </w:r>
            <w:r>
              <w:br/>
              <w:t>•</w:t>
            </w:r>
            <w:r>
              <w:br/>
              <w:t>•</w:t>
            </w:r>
            <w:r>
              <w:br/>
            </w:r>
          </w:p>
        </w:tc>
      </w:tr>
    </w:tbl>
    <w:p w14:paraId="54FE8139" w14:textId="77777777" w:rsidR="00141FAD" w:rsidRDefault="00141FAD"/>
    <w:sectPr w:rsidR="00141FA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838106">
    <w:abstractNumId w:val="8"/>
  </w:num>
  <w:num w:numId="2" w16cid:durableId="30426234">
    <w:abstractNumId w:val="6"/>
  </w:num>
  <w:num w:numId="3" w16cid:durableId="1759905649">
    <w:abstractNumId w:val="5"/>
  </w:num>
  <w:num w:numId="4" w16cid:durableId="2104178373">
    <w:abstractNumId w:val="4"/>
  </w:num>
  <w:num w:numId="5" w16cid:durableId="634263586">
    <w:abstractNumId w:val="7"/>
  </w:num>
  <w:num w:numId="6" w16cid:durableId="1436754670">
    <w:abstractNumId w:val="3"/>
  </w:num>
  <w:num w:numId="7" w16cid:durableId="2144500129">
    <w:abstractNumId w:val="2"/>
  </w:num>
  <w:num w:numId="8" w16cid:durableId="1773546477">
    <w:abstractNumId w:val="1"/>
  </w:num>
  <w:num w:numId="9" w16cid:durableId="488331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1AAF"/>
    <w:rsid w:val="00141FAD"/>
    <w:rsid w:val="0015074B"/>
    <w:rsid w:val="0029639D"/>
    <w:rsid w:val="002F262C"/>
    <w:rsid w:val="00326F90"/>
    <w:rsid w:val="003B584C"/>
    <w:rsid w:val="006E0ACC"/>
    <w:rsid w:val="006E3BB5"/>
    <w:rsid w:val="008379CE"/>
    <w:rsid w:val="008E2A95"/>
    <w:rsid w:val="00AA1D8D"/>
    <w:rsid w:val="00B47730"/>
    <w:rsid w:val="00CB0664"/>
    <w:rsid w:val="00D74547"/>
    <w:rsid w:val="00F03C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9F960"/>
  <w14:defaultImageDpi w14:val="300"/>
  <w15:docId w15:val="{6E4D666B-174F-4BA7-93FD-FED666AC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492</Words>
  <Characters>3007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Charlie Johansen</cp:lastModifiedBy>
  <cp:revision>2</cp:revision>
  <dcterms:created xsi:type="dcterms:W3CDTF">2026-09-18T10:37:00Z</dcterms:created>
  <dcterms:modified xsi:type="dcterms:W3CDTF">2026-09-18T10:37:00Z</dcterms:modified>
  <cp:category/>
</cp:coreProperties>
</file>